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371D1" w14:textId="76ADBDC1" w:rsidR="00962E53" w:rsidRPr="0076089D" w:rsidRDefault="00461115" w:rsidP="0076089D">
      <w:pPr>
        <w:pStyle w:val="Tytu"/>
        <w:jc w:val="center"/>
        <w:rPr>
          <w:rFonts w:ascii="Arial" w:hAnsi="Arial" w:cs="Arial"/>
        </w:rPr>
      </w:pPr>
      <w:proofErr w:type="spellStart"/>
      <w:r w:rsidRPr="0076089D">
        <w:rPr>
          <w:rFonts w:ascii="Arial" w:hAnsi="Arial" w:cs="Arial"/>
        </w:rPr>
        <w:t>Formularz</w:t>
      </w:r>
      <w:proofErr w:type="spellEnd"/>
      <w:r w:rsidRPr="0076089D">
        <w:rPr>
          <w:rFonts w:ascii="Arial" w:hAnsi="Arial" w:cs="Arial"/>
        </w:rPr>
        <w:t xml:space="preserve"> </w:t>
      </w:r>
      <w:proofErr w:type="spellStart"/>
      <w:r w:rsidRPr="0076089D">
        <w:rPr>
          <w:rFonts w:ascii="Arial" w:hAnsi="Arial" w:cs="Arial"/>
        </w:rPr>
        <w:t>rekrutacyjny</w:t>
      </w:r>
      <w:proofErr w:type="spellEnd"/>
      <w:r w:rsidRPr="0076089D">
        <w:rPr>
          <w:rFonts w:ascii="Arial" w:hAnsi="Arial" w:cs="Arial"/>
        </w:rPr>
        <w:t xml:space="preserve"> </w:t>
      </w:r>
      <w:r w:rsidR="00614915">
        <w:rPr>
          <w:rFonts w:ascii="Arial" w:hAnsi="Arial" w:cs="Arial"/>
        </w:rPr>
        <w:t>-</w:t>
      </w:r>
      <w:r w:rsidRPr="0076089D">
        <w:rPr>
          <w:rFonts w:ascii="Arial" w:hAnsi="Arial" w:cs="Arial"/>
        </w:rPr>
        <w:t xml:space="preserve"> </w:t>
      </w:r>
      <w:proofErr w:type="spellStart"/>
      <w:r w:rsidRPr="0076089D">
        <w:rPr>
          <w:rFonts w:ascii="Arial" w:hAnsi="Arial" w:cs="Arial"/>
        </w:rPr>
        <w:t>personalizowana</w:t>
      </w:r>
      <w:proofErr w:type="spellEnd"/>
      <w:r w:rsidRPr="0076089D">
        <w:rPr>
          <w:rFonts w:ascii="Arial" w:hAnsi="Arial" w:cs="Arial"/>
        </w:rPr>
        <w:t xml:space="preserve"> </w:t>
      </w:r>
      <w:proofErr w:type="spellStart"/>
      <w:r w:rsidRPr="0076089D">
        <w:rPr>
          <w:rFonts w:ascii="Arial" w:hAnsi="Arial" w:cs="Arial"/>
        </w:rPr>
        <w:t>ścieżka</w:t>
      </w:r>
      <w:proofErr w:type="spellEnd"/>
      <w:r w:rsidRPr="0076089D">
        <w:rPr>
          <w:rFonts w:ascii="Arial" w:hAnsi="Arial" w:cs="Arial"/>
        </w:rPr>
        <w:t xml:space="preserve"> </w:t>
      </w:r>
      <w:proofErr w:type="spellStart"/>
      <w:r w:rsidRPr="0076089D">
        <w:rPr>
          <w:rFonts w:ascii="Arial" w:hAnsi="Arial" w:cs="Arial"/>
        </w:rPr>
        <w:t>kształcenia</w:t>
      </w:r>
      <w:proofErr w:type="spellEnd"/>
    </w:p>
    <w:p w14:paraId="092214BA" w14:textId="1415FD45" w:rsidR="00962E53" w:rsidRPr="0076089D" w:rsidRDefault="0076089D" w:rsidP="0076089D">
      <w:pPr>
        <w:spacing w:line="360" w:lineRule="auto"/>
        <w:rPr>
          <w:rFonts w:ascii="Arial" w:hAnsi="Arial" w:cs="Arial"/>
        </w:rPr>
      </w:pPr>
      <w:proofErr w:type="spellStart"/>
      <w:r w:rsidRPr="00F43525">
        <w:rPr>
          <w:rFonts w:ascii="Arial" w:hAnsi="Arial" w:cs="Arial"/>
        </w:rPr>
        <w:t>Pierwszy</w:t>
      </w:r>
      <w:proofErr w:type="spellEnd"/>
      <w:r w:rsidRPr="00F43525">
        <w:rPr>
          <w:rFonts w:ascii="Arial" w:hAnsi="Arial" w:cs="Arial"/>
        </w:rPr>
        <w:t xml:space="preserve"> </w:t>
      </w:r>
      <w:proofErr w:type="spellStart"/>
      <w:r w:rsidRPr="00F43525">
        <w:rPr>
          <w:rFonts w:ascii="Arial" w:hAnsi="Arial" w:cs="Arial"/>
        </w:rPr>
        <w:t>nabór</w:t>
      </w:r>
      <w:proofErr w:type="spellEnd"/>
      <w:r w:rsidRPr="00F43525">
        <w:rPr>
          <w:rFonts w:ascii="Arial" w:hAnsi="Arial" w:cs="Arial"/>
        </w:rPr>
        <w:t xml:space="preserve"> - 2 </w:t>
      </w:r>
      <w:proofErr w:type="spellStart"/>
      <w:r w:rsidRPr="00F43525">
        <w:rPr>
          <w:rFonts w:ascii="Arial" w:hAnsi="Arial" w:cs="Arial"/>
        </w:rPr>
        <w:t>listopada</w:t>
      </w:r>
      <w:proofErr w:type="spellEnd"/>
      <w:r w:rsidRPr="00F43525">
        <w:rPr>
          <w:rFonts w:ascii="Arial" w:hAnsi="Arial" w:cs="Arial"/>
        </w:rPr>
        <w:t xml:space="preserve"> 2026 r</w:t>
      </w:r>
      <w:r>
        <w:rPr>
          <w:rFonts w:ascii="Arial" w:hAnsi="Arial" w:cs="Arial"/>
        </w:rPr>
        <w:t>.</w:t>
      </w:r>
    </w:p>
    <w:p w14:paraId="7B81E714" w14:textId="285F0DD1" w:rsidR="00962E53" w:rsidRPr="002E3073" w:rsidRDefault="00461115" w:rsidP="0076089D">
      <w:pPr>
        <w:pStyle w:val="Nagwek1"/>
        <w:numPr>
          <w:ilvl w:val="0"/>
          <w:numId w:val="13"/>
        </w:numPr>
        <w:spacing w:before="0"/>
        <w:rPr>
          <w:rFonts w:ascii="Arial" w:hAnsi="Arial" w:cs="Arial"/>
          <w:sz w:val="24"/>
          <w:szCs w:val="24"/>
        </w:rPr>
      </w:pPr>
      <w:r w:rsidRPr="002E3073">
        <w:rPr>
          <w:rFonts w:ascii="Arial" w:hAnsi="Arial" w:cs="Arial"/>
          <w:sz w:val="24"/>
          <w:szCs w:val="24"/>
        </w:rPr>
        <w:t xml:space="preserve">Dane </w:t>
      </w:r>
      <w:proofErr w:type="spellStart"/>
      <w:r w:rsidR="00614915" w:rsidRPr="002E3073">
        <w:rPr>
          <w:rFonts w:ascii="Arial" w:hAnsi="Arial" w:cs="Arial"/>
          <w:sz w:val="24"/>
          <w:szCs w:val="24"/>
        </w:rPr>
        <w:t>kandydata</w:t>
      </w:r>
      <w:proofErr w:type="spellEnd"/>
    </w:p>
    <w:p w14:paraId="418ADD5B" w14:textId="77777777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Imię</w:t>
      </w:r>
      <w:proofErr w:type="spellEnd"/>
      <w:r w:rsidRPr="002E3073">
        <w:rPr>
          <w:rFonts w:ascii="Arial" w:hAnsi="Arial" w:cs="Arial"/>
          <w:b/>
          <w:szCs w:val="24"/>
        </w:rPr>
        <w:t xml:space="preserve"> i </w:t>
      </w:r>
      <w:proofErr w:type="spellStart"/>
      <w:r w:rsidRPr="002E3073">
        <w:rPr>
          <w:rFonts w:ascii="Arial" w:hAnsi="Arial" w:cs="Arial"/>
          <w:b/>
          <w:szCs w:val="24"/>
        </w:rPr>
        <w:t>nazwisko</w:t>
      </w:r>
      <w:proofErr w:type="spellEnd"/>
    </w:p>
    <w:p w14:paraId="075AC5E7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</w:t>
      </w:r>
    </w:p>
    <w:p w14:paraId="4066DA3A" w14:textId="389A9D70" w:rsidR="00962E53" w:rsidRPr="002E3073" w:rsidRDefault="0076089D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Wydział</w:t>
      </w:r>
      <w:proofErr w:type="spellEnd"/>
      <w:r w:rsidRPr="002E3073">
        <w:rPr>
          <w:rFonts w:ascii="Arial" w:hAnsi="Arial" w:cs="Arial"/>
          <w:b/>
          <w:szCs w:val="24"/>
        </w:rPr>
        <w:t xml:space="preserve">/ </w:t>
      </w:r>
      <w:proofErr w:type="spellStart"/>
      <w:r w:rsidRPr="002E3073">
        <w:rPr>
          <w:rFonts w:ascii="Arial" w:hAnsi="Arial" w:cs="Arial"/>
          <w:b/>
          <w:szCs w:val="24"/>
        </w:rPr>
        <w:t>jednostka</w:t>
      </w:r>
      <w:proofErr w:type="spellEnd"/>
    </w:p>
    <w:p w14:paraId="44CEBC76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</w:t>
      </w:r>
    </w:p>
    <w:p w14:paraId="4A20C918" w14:textId="65B75876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Stanowisko</w:t>
      </w:r>
      <w:proofErr w:type="spellEnd"/>
      <w:r w:rsidRPr="002E3073">
        <w:rPr>
          <w:rFonts w:ascii="Arial" w:hAnsi="Arial" w:cs="Arial"/>
          <w:b/>
          <w:szCs w:val="24"/>
        </w:rPr>
        <w:t>/</w:t>
      </w:r>
      <w:r w:rsidRPr="002E3073">
        <w:rPr>
          <w:rFonts w:ascii="Arial" w:hAnsi="Arial" w:cs="Arial"/>
          <w:b/>
          <w:szCs w:val="24"/>
        </w:rPr>
        <w:t xml:space="preserve"> status </w:t>
      </w:r>
      <w:proofErr w:type="spellStart"/>
      <w:r w:rsidRPr="002E3073">
        <w:rPr>
          <w:rFonts w:ascii="Arial" w:hAnsi="Arial" w:cs="Arial"/>
          <w:b/>
          <w:szCs w:val="24"/>
        </w:rPr>
        <w:t>na</w:t>
      </w:r>
      <w:proofErr w:type="spellEnd"/>
      <w:r w:rsidRPr="002E3073">
        <w:rPr>
          <w:rFonts w:ascii="Arial" w:hAnsi="Arial" w:cs="Arial"/>
          <w:b/>
          <w:szCs w:val="24"/>
        </w:rPr>
        <w:t xml:space="preserve"> UKW</w:t>
      </w:r>
    </w:p>
    <w:p w14:paraId="66CF6978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</w:t>
      </w:r>
    </w:p>
    <w:p w14:paraId="3E0E12EF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b/>
          <w:szCs w:val="24"/>
        </w:rPr>
        <w:t>Służbowy adres e-mail</w:t>
      </w:r>
    </w:p>
    <w:p w14:paraId="3CF93BB5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</w:t>
      </w:r>
    </w:p>
    <w:p w14:paraId="40746346" w14:textId="120910B5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Telefon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k</w:t>
      </w:r>
      <w:r w:rsidRPr="002E3073">
        <w:rPr>
          <w:rFonts w:ascii="Arial" w:hAnsi="Arial" w:cs="Arial"/>
          <w:b/>
          <w:szCs w:val="24"/>
        </w:rPr>
        <w:t>ontaktowy</w:t>
      </w:r>
      <w:proofErr w:type="spellEnd"/>
    </w:p>
    <w:p w14:paraId="4C114A13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</w:t>
      </w:r>
    </w:p>
    <w:p w14:paraId="4E5385FB" w14:textId="37D82DDB" w:rsidR="00962E53" w:rsidRPr="002E3073" w:rsidRDefault="00461115" w:rsidP="00614915">
      <w:pPr>
        <w:pStyle w:val="Nagwek1"/>
        <w:spacing w:before="0" w:line="360" w:lineRule="auto"/>
        <w:rPr>
          <w:rFonts w:ascii="Arial" w:hAnsi="Arial" w:cs="Arial"/>
          <w:sz w:val="24"/>
          <w:szCs w:val="24"/>
        </w:rPr>
      </w:pPr>
      <w:r w:rsidRPr="002E3073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2E3073">
        <w:rPr>
          <w:rFonts w:ascii="Arial" w:hAnsi="Arial" w:cs="Arial"/>
          <w:sz w:val="24"/>
          <w:szCs w:val="24"/>
        </w:rPr>
        <w:t>Proponowane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szkolenie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zewnętrzne</w:t>
      </w:r>
      <w:proofErr w:type="spellEnd"/>
      <w:r w:rsidR="00614915" w:rsidRPr="002E3073">
        <w:rPr>
          <w:rFonts w:ascii="Arial" w:hAnsi="Arial" w:cs="Arial"/>
          <w:sz w:val="24"/>
          <w:szCs w:val="24"/>
        </w:rPr>
        <w:br/>
      </w:r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Dane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zawarte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w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punkcie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2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należy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przesłać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również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drogą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mailową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na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adres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mailowy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>Realizatora</w:t>
      </w:r>
      <w:proofErr w:type="spellEnd"/>
      <w:r w:rsidR="00614915" w:rsidRPr="002E3073">
        <w:rPr>
          <w:rFonts w:ascii="Arial" w:hAnsi="Arial" w:cs="Arial"/>
          <w:b w:val="0"/>
          <w:bCs w:val="0"/>
          <w:sz w:val="24"/>
          <w:szCs w:val="24"/>
        </w:rPr>
        <w:t xml:space="preserve"> centrumdydaktyki@ukw.edu.pl</w:t>
      </w:r>
    </w:p>
    <w:p w14:paraId="7547C82B" w14:textId="77777777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b/>
          <w:szCs w:val="24"/>
        </w:rPr>
        <w:t>Nazwa szkolenia</w:t>
      </w:r>
    </w:p>
    <w:p w14:paraId="31A6FC34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6063741F" w14:textId="77777777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Organizator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szkolenia</w:t>
      </w:r>
      <w:proofErr w:type="spellEnd"/>
    </w:p>
    <w:p w14:paraId="60A9A66A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32951060" w14:textId="77777777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Zakres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tematyczny</w:t>
      </w:r>
      <w:proofErr w:type="spellEnd"/>
      <w:r w:rsidRPr="002E3073">
        <w:rPr>
          <w:rFonts w:ascii="Arial" w:hAnsi="Arial" w:cs="Arial"/>
          <w:b/>
          <w:szCs w:val="24"/>
        </w:rPr>
        <w:t xml:space="preserve"> i program szkolenia</w:t>
      </w:r>
    </w:p>
    <w:p w14:paraId="0B457446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5A639E7B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60C5C6BA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7B0D89AF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lastRenderedPageBreak/>
        <w:t>................................................................................................................................................</w:t>
      </w:r>
    </w:p>
    <w:p w14:paraId="75E8B94F" w14:textId="372B17BF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Planowany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termin</w:t>
      </w:r>
      <w:proofErr w:type="spellEnd"/>
      <w:r w:rsidRPr="002E3073">
        <w:rPr>
          <w:rFonts w:ascii="Arial" w:hAnsi="Arial" w:cs="Arial"/>
          <w:b/>
          <w:szCs w:val="24"/>
        </w:rPr>
        <w:t xml:space="preserve"> i </w:t>
      </w:r>
      <w:proofErr w:type="spellStart"/>
      <w:r w:rsidRPr="002E3073">
        <w:rPr>
          <w:rFonts w:ascii="Arial" w:hAnsi="Arial" w:cs="Arial"/>
          <w:b/>
          <w:szCs w:val="24"/>
        </w:rPr>
        <w:t>liczba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godzin</w:t>
      </w:r>
      <w:proofErr w:type="spellEnd"/>
      <w:r w:rsidR="00614915"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/>
          <w:szCs w:val="24"/>
        </w:rPr>
        <w:t>szkolenia</w:t>
      </w:r>
      <w:proofErr w:type="spellEnd"/>
    </w:p>
    <w:p w14:paraId="04DE2A1F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0A39BD6E" w14:textId="322A2BD1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Miejsce</w:t>
      </w:r>
      <w:proofErr w:type="spellEnd"/>
      <w:r w:rsidRPr="002E3073">
        <w:rPr>
          <w:rFonts w:ascii="Arial" w:hAnsi="Arial" w:cs="Arial"/>
          <w:b/>
          <w:szCs w:val="24"/>
        </w:rPr>
        <w:t xml:space="preserve"> i forma </w:t>
      </w:r>
      <w:proofErr w:type="spellStart"/>
      <w:r w:rsidRPr="002E3073">
        <w:rPr>
          <w:rFonts w:ascii="Arial" w:hAnsi="Arial" w:cs="Arial"/>
          <w:b/>
          <w:szCs w:val="24"/>
        </w:rPr>
        <w:t>realizacji</w:t>
      </w:r>
      <w:proofErr w:type="spellEnd"/>
      <w:r w:rsidRPr="002E3073">
        <w:rPr>
          <w:rFonts w:ascii="Arial" w:hAnsi="Arial" w:cs="Arial"/>
          <w:b/>
          <w:szCs w:val="24"/>
        </w:rPr>
        <w:t xml:space="preserve"> (</w:t>
      </w:r>
      <w:proofErr w:type="spellStart"/>
      <w:r w:rsidRPr="002E3073">
        <w:rPr>
          <w:rFonts w:ascii="Arial" w:hAnsi="Arial" w:cs="Arial"/>
          <w:b/>
          <w:szCs w:val="24"/>
        </w:rPr>
        <w:t>stacjonarna</w:t>
      </w:r>
      <w:proofErr w:type="spellEnd"/>
      <w:r w:rsidRPr="002E3073">
        <w:rPr>
          <w:rFonts w:ascii="Arial" w:hAnsi="Arial" w:cs="Arial"/>
          <w:b/>
          <w:szCs w:val="24"/>
        </w:rPr>
        <w:t xml:space="preserve">/ </w:t>
      </w:r>
      <w:proofErr w:type="spellStart"/>
      <w:r w:rsidRPr="002E3073">
        <w:rPr>
          <w:rFonts w:ascii="Arial" w:hAnsi="Arial" w:cs="Arial"/>
          <w:b/>
          <w:szCs w:val="24"/>
        </w:rPr>
        <w:t>zdalna</w:t>
      </w:r>
      <w:proofErr w:type="spellEnd"/>
      <w:r w:rsidRPr="002E3073">
        <w:rPr>
          <w:rFonts w:ascii="Arial" w:hAnsi="Arial" w:cs="Arial"/>
          <w:b/>
          <w:szCs w:val="24"/>
        </w:rPr>
        <w:t xml:space="preserve">/ </w:t>
      </w:r>
      <w:proofErr w:type="spellStart"/>
      <w:r w:rsidRPr="002E3073">
        <w:rPr>
          <w:rFonts w:ascii="Arial" w:hAnsi="Arial" w:cs="Arial"/>
          <w:b/>
          <w:szCs w:val="24"/>
        </w:rPr>
        <w:t>hybrydowa</w:t>
      </w:r>
      <w:proofErr w:type="spellEnd"/>
      <w:r w:rsidRPr="002E3073">
        <w:rPr>
          <w:rFonts w:ascii="Arial" w:hAnsi="Arial" w:cs="Arial"/>
          <w:b/>
          <w:szCs w:val="24"/>
        </w:rPr>
        <w:t>)</w:t>
      </w:r>
    </w:p>
    <w:p w14:paraId="2F629FDF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75538990" w14:textId="77777777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Koszt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udziału</w:t>
      </w:r>
      <w:proofErr w:type="spellEnd"/>
      <w:r w:rsidRPr="002E3073">
        <w:rPr>
          <w:rFonts w:ascii="Arial" w:hAnsi="Arial" w:cs="Arial"/>
          <w:b/>
          <w:szCs w:val="24"/>
        </w:rPr>
        <w:t xml:space="preserve"> w PLN i informacja, co obejmuje cena</w:t>
      </w:r>
    </w:p>
    <w:p w14:paraId="16DFCE24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02EB6A8F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3E3A2719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b/>
          <w:szCs w:val="24"/>
        </w:rPr>
        <w:t xml:space="preserve">Link do </w:t>
      </w:r>
      <w:proofErr w:type="spellStart"/>
      <w:r w:rsidRPr="002E3073">
        <w:rPr>
          <w:rFonts w:ascii="Arial" w:hAnsi="Arial" w:cs="Arial"/>
          <w:b/>
          <w:szCs w:val="24"/>
        </w:rPr>
        <w:t>oferty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lub</w:t>
      </w:r>
      <w:proofErr w:type="spellEnd"/>
      <w:r w:rsidRPr="002E3073">
        <w:rPr>
          <w:rFonts w:ascii="Arial" w:hAnsi="Arial" w:cs="Arial"/>
          <w:b/>
          <w:szCs w:val="24"/>
        </w:rPr>
        <w:t xml:space="preserve"> nazwa załączonego programu</w:t>
      </w:r>
    </w:p>
    <w:p w14:paraId="6A5926A0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4A4685E3" w14:textId="77777777" w:rsidR="00962E53" w:rsidRPr="002E3073" w:rsidRDefault="00461115" w:rsidP="00151F7E">
      <w:pPr>
        <w:pStyle w:val="Nagwek1"/>
        <w:spacing w:before="0"/>
        <w:rPr>
          <w:rFonts w:ascii="Arial" w:hAnsi="Arial" w:cs="Arial"/>
          <w:sz w:val="24"/>
          <w:szCs w:val="24"/>
        </w:rPr>
      </w:pPr>
      <w:r w:rsidRPr="002E3073">
        <w:rPr>
          <w:rFonts w:ascii="Arial" w:hAnsi="Arial" w:cs="Arial"/>
          <w:sz w:val="24"/>
          <w:szCs w:val="24"/>
        </w:rPr>
        <w:t>3. Uzasadnienie i wykorzystanie kompetencji</w:t>
      </w:r>
    </w:p>
    <w:p w14:paraId="0E8B44BD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b/>
          <w:szCs w:val="24"/>
        </w:rPr>
        <w:t>Jakie kompetencje zamierza Pani/Pan rozwinąć?</w:t>
      </w:r>
    </w:p>
    <w:p w14:paraId="74562550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1DCEB80F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12C9712F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486EEAE9" w14:textId="77777777" w:rsidR="00962E53" w:rsidRPr="002E3073" w:rsidRDefault="00461115">
      <w:pPr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szCs w:val="24"/>
        </w:rPr>
        <w:t>Jakie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potrzeby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dydaktyczne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uzasadniają</w:t>
      </w:r>
      <w:proofErr w:type="spellEnd"/>
      <w:r w:rsidRPr="002E3073">
        <w:rPr>
          <w:rFonts w:ascii="Arial" w:hAnsi="Arial" w:cs="Arial"/>
          <w:b/>
          <w:szCs w:val="24"/>
        </w:rPr>
        <w:t xml:space="preserve"> wybór tego szkolenia?</w:t>
      </w:r>
    </w:p>
    <w:p w14:paraId="47572BF8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763EA507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5C4DF8E0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1F640EA9" w14:textId="1C627D2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b/>
          <w:szCs w:val="24"/>
        </w:rPr>
        <w:t>W</w:t>
      </w:r>
      <w:r w:rsidR="00614915"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/>
          <w:szCs w:val="24"/>
        </w:rPr>
        <w:t>ramach</w:t>
      </w:r>
      <w:proofErr w:type="spellEnd"/>
      <w:r w:rsidR="00614915"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/>
          <w:szCs w:val="24"/>
        </w:rPr>
        <w:t>jakich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prowadzonych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/>
          <w:szCs w:val="24"/>
        </w:rPr>
        <w:t>zajęć</w:t>
      </w:r>
      <w:proofErr w:type="spellEnd"/>
      <w:r w:rsidR="00614915"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/>
          <w:szCs w:val="24"/>
        </w:rPr>
        <w:t>dydaktycznych</w:t>
      </w:r>
      <w:proofErr w:type="spellEnd"/>
      <w:r w:rsidRPr="002E3073">
        <w:rPr>
          <w:rFonts w:ascii="Arial" w:hAnsi="Arial" w:cs="Arial"/>
          <w:b/>
          <w:szCs w:val="24"/>
        </w:rPr>
        <w:t xml:space="preserve"> i w </w:t>
      </w:r>
      <w:proofErr w:type="spellStart"/>
      <w:r w:rsidRPr="002E3073">
        <w:rPr>
          <w:rFonts w:ascii="Arial" w:hAnsi="Arial" w:cs="Arial"/>
          <w:b/>
          <w:szCs w:val="24"/>
        </w:rPr>
        <w:t>jaki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sposób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zostaną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wykorzystane</w:t>
      </w:r>
      <w:proofErr w:type="spellEnd"/>
      <w:r w:rsidR="00614915"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/>
          <w:szCs w:val="24"/>
        </w:rPr>
        <w:t>przez</w:t>
      </w:r>
      <w:proofErr w:type="spellEnd"/>
      <w:r w:rsidR="00614915" w:rsidRPr="002E3073">
        <w:rPr>
          <w:rFonts w:ascii="Arial" w:hAnsi="Arial" w:cs="Arial"/>
          <w:b/>
          <w:szCs w:val="24"/>
        </w:rPr>
        <w:t xml:space="preserve"> Pana/</w:t>
      </w:r>
      <w:proofErr w:type="spellStart"/>
      <w:r w:rsidR="00614915" w:rsidRPr="002E3073">
        <w:rPr>
          <w:rFonts w:ascii="Arial" w:hAnsi="Arial" w:cs="Arial"/>
          <w:b/>
          <w:szCs w:val="24"/>
        </w:rPr>
        <w:t>Panią</w:t>
      </w:r>
      <w:proofErr w:type="spellEnd"/>
      <w:r w:rsidR="00614915"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="00614915" w:rsidRPr="002E3073">
        <w:rPr>
          <w:rFonts w:ascii="Arial" w:hAnsi="Arial" w:cs="Arial"/>
          <w:b/>
          <w:szCs w:val="24"/>
        </w:rPr>
        <w:t>nabyte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kompetencje</w:t>
      </w:r>
      <w:proofErr w:type="spellEnd"/>
      <w:r w:rsidRPr="002E3073">
        <w:rPr>
          <w:rFonts w:ascii="Arial" w:hAnsi="Arial" w:cs="Arial"/>
          <w:b/>
          <w:szCs w:val="24"/>
        </w:rPr>
        <w:t>?</w:t>
      </w:r>
    </w:p>
    <w:p w14:paraId="3651829E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700CA7AF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3089DEEF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3CC6D1C8" w14:textId="77777777" w:rsidR="00962E53" w:rsidRPr="002E3073" w:rsidRDefault="00461115">
      <w:pPr>
        <w:rPr>
          <w:rFonts w:ascii="Arial" w:hAnsi="Arial" w:cs="Arial"/>
          <w:szCs w:val="24"/>
        </w:rPr>
      </w:pPr>
      <w:r w:rsidRPr="002E3073">
        <w:rPr>
          <w:rFonts w:ascii="Arial" w:hAnsi="Arial" w:cs="Arial"/>
          <w:b/>
          <w:szCs w:val="24"/>
        </w:rPr>
        <w:lastRenderedPageBreak/>
        <w:t xml:space="preserve">Jak </w:t>
      </w:r>
      <w:proofErr w:type="spellStart"/>
      <w:r w:rsidRPr="002E3073">
        <w:rPr>
          <w:rFonts w:ascii="Arial" w:hAnsi="Arial" w:cs="Arial"/>
          <w:b/>
          <w:szCs w:val="24"/>
        </w:rPr>
        <w:t>będzie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można</w:t>
      </w:r>
      <w:proofErr w:type="spellEnd"/>
      <w:r w:rsidRPr="002E3073">
        <w:rPr>
          <w:rFonts w:ascii="Arial" w:hAnsi="Arial" w:cs="Arial"/>
          <w:b/>
          <w:szCs w:val="24"/>
        </w:rPr>
        <w:t xml:space="preserve"> </w:t>
      </w:r>
      <w:proofErr w:type="spellStart"/>
      <w:r w:rsidRPr="002E3073">
        <w:rPr>
          <w:rFonts w:ascii="Arial" w:hAnsi="Arial" w:cs="Arial"/>
          <w:b/>
          <w:szCs w:val="24"/>
        </w:rPr>
        <w:t>zweryfikować</w:t>
      </w:r>
      <w:proofErr w:type="spellEnd"/>
      <w:r w:rsidRPr="002E3073">
        <w:rPr>
          <w:rFonts w:ascii="Arial" w:hAnsi="Arial" w:cs="Arial"/>
          <w:b/>
          <w:szCs w:val="24"/>
        </w:rPr>
        <w:t xml:space="preserve"> praktyczne wykorzystanie zdobytych kompetencji?</w:t>
      </w:r>
    </w:p>
    <w:p w14:paraId="343A4221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3A07B485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54A52590" w14:textId="77777777" w:rsidR="00151F7E" w:rsidRPr="002E3073" w:rsidRDefault="00151F7E" w:rsidP="00151F7E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</w:t>
      </w:r>
    </w:p>
    <w:p w14:paraId="42410552" w14:textId="77777777" w:rsidR="00962E53" w:rsidRPr="002E3073" w:rsidRDefault="00461115" w:rsidP="00151F7E">
      <w:pPr>
        <w:pStyle w:val="Nagwek2"/>
        <w:spacing w:before="0"/>
        <w:rPr>
          <w:rFonts w:ascii="Arial" w:hAnsi="Arial" w:cs="Arial"/>
          <w:sz w:val="24"/>
          <w:szCs w:val="24"/>
        </w:rPr>
      </w:pPr>
      <w:r w:rsidRPr="002E3073">
        <w:rPr>
          <w:rFonts w:ascii="Arial" w:hAnsi="Arial" w:cs="Arial"/>
          <w:sz w:val="24"/>
          <w:szCs w:val="24"/>
        </w:rPr>
        <w:t>4. Zakres planowanego wykorzystania kompetencj</w:t>
      </w:r>
      <w:r w:rsidRPr="002E3073">
        <w:rPr>
          <w:rFonts w:ascii="Arial" w:hAnsi="Arial" w:cs="Arial"/>
          <w:sz w:val="24"/>
          <w:szCs w:val="24"/>
        </w:rPr>
        <w:t>i w zajęciach dydaktycznych</w:t>
      </w:r>
    </w:p>
    <w:p w14:paraId="02BCE65D" w14:textId="77777777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szCs w:val="24"/>
        </w:rPr>
        <w:t>Całkowita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liczba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godzin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zajęć</w:t>
      </w:r>
      <w:proofErr w:type="spellEnd"/>
      <w:r w:rsidRPr="002E3073">
        <w:rPr>
          <w:rFonts w:ascii="Arial" w:hAnsi="Arial" w:cs="Arial"/>
          <w:szCs w:val="24"/>
        </w:rPr>
        <w:t xml:space="preserve"> dydaktycznych prowadzonych w </w:t>
      </w:r>
      <w:proofErr w:type="spellStart"/>
      <w:r w:rsidRPr="002E3073">
        <w:rPr>
          <w:rFonts w:ascii="Arial" w:hAnsi="Arial" w:cs="Arial"/>
          <w:szCs w:val="24"/>
        </w:rPr>
        <w:t>roku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akademickim</w:t>
      </w:r>
      <w:proofErr w:type="spellEnd"/>
      <w:r w:rsidRPr="002E3073">
        <w:rPr>
          <w:rFonts w:ascii="Arial" w:hAnsi="Arial" w:cs="Arial"/>
          <w:szCs w:val="24"/>
        </w:rPr>
        <w:t xml:space="preserve"> 2026/2027 (Gₒ) – </w:t>
      </w:r>
      <w:proofErr w:type="spellStart"/>
      <w:r w:rsidRPr="002E3073">
        <w:rPr>
          <w:rFonts w:ascii="Arial" w:hAnsi="Arial" w:cs="Arial"/>
          <w:szCs w:val="24"/>
        </w:rPr>
        <w:t>zgodnie</w:t>
      </w:r>
      <w:proofErr w:type="spellEnd"/>
      <w:r w:rsidRPr="002E3073">
        <w:rPr>
          <w:rFonts w:ascii="Arial" w:hAnsi="Arial" w:cs="Arial"/>
          <w:szCs w:val="24"/>
        </w:rPr>
        <w:t xml:space="preserve"> z przydziałem zajęć, łącznie z godzinami ponadwymiarowymi</w:t>
      </w:r>
    </w:p>
    <w:p w14:paraId="23DE2AE5" w14:textId="77777777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........................................</w:t>
      </w:r>
      <w:r w:rsidRPr="002E3073">
        <w:rPr>
          <w:rFonts w:ascii="Arial" w:hAnsi="Arial" w:cs="Arial"/>
          <w:szCs w:val="24"/>
        </w:rPr>
        <w:t>................................................................</w:t>
      </w:r>
    </w:p>
    <w:p w14:paraId="1D205402" w14:textId="77777777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 xml:space="preserve">Wykaz prowadzonych zajęć, na których planowane jest wykorzystanie kompetencji zdobytych podczas wskazanego szkolenia. Należy wpisać nazwę przedmiotu i liczbę godzin własnych zajęć w roku </w:t>
      </w:r>
      <w:r w:rsidRPr="002E3073">
        <w:rPr>
          <w:rFonts w:ascii="Arial" w:hAnsi="Arial" w:cs="Arial"/>
          <w:szCs w:val="24"/>
        </w:rPr>
        <w:t>akademickim 2026/2027.</w:t>
      </w:r>
    </w:p>
    <w:p w14:paraId="7C439FC6" w14:textId="77777777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Przedmiot 1 – nazwa i liczba godzin: .............................................................................</w:t>
      </w:r>
    </w:p>
    <w:p w14:paraId="495560F8" w14:textId="77777777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Przedmiot 2 – nazwa i liczba godzin: .............................................................................</w:t>
      </w:r>
    </w:p>
    <w:p w14:paraId="6B75F59D" w14:textId="77777777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Prz</w:t>
      </w:r>
      <w:r w:rsidRPr="002E3073">
        <w:rPr>
          <w:rFonts w:ascii="Arial" w:hAnsi="Arial" w:cs="Arial"/>
          <w:szCs w:val="24"/>
        </w:rPr>
        <w:t>edmiot 3 – nazwa i liczba godzin: .............................................................................</w:t>
      </w:r>
    </w:p>
    <w:p w14:paraId="275C7AFA" w14:textId="699BA24C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szCs w:val="24"/>
        </w:rPr>
        <w:t>Przedmiot</w:t>
      </w:r>
      <w:proofErr w:type="spellEnd"/>
      <w:r w:rsidRPr="002E3073">
        <w:rPr>
          <w:rFonts w:ascii="Arial" w:hAnsi="Arial" w:cs="Arial"/>
          <w:szCs w:val="24"/>
        </w:rPr>
        <w:t xml:space="preserve"> 4 – </w:t>
      </w:r>
      <w:proofErr w:type="spellStart"/>
      <w:r w:rsidRPr="002E3073">
        <w:rPr>
          <w:rFonts w:ascii="Arial" w:hAnsi="Arial" w:cs="Arial"/>
          <w:szCs w:val="24"/>
        </w:rPr>
        <w:t>nazwa</w:t>
      </w:r>
      <w:proofErr w:type="spellEnd"/>
      <w:r w:rsidRPr="002E3073">
        <w:rPr>
          <w:rFonts w:ascii="Arial" w:hAnsi="Arial" w:cs="Arial"/>
          <w:szCs w:val="24"/>
        </w:rPr>
        <w:t xml:space="preserve"> i liczba godzin: .............................................................................</w:t>
      </w:r>
    </w:p>
    <w:p w14:paraId="12AE4036" w14:textId="718E6151" w:rsidR="00151F7E" w:rsidRPr="002E3073" w:rsidRDefault="00151F7E" w:rsidP="00614915">
      <w:pPr>
        <w:spacing w:line="360" w:lineRule="auto"/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szCs w:val="24"/>
        </w:rPr>
        <w:t>Przedmiot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r w:rsidRPr="002E3073">
        <w:rPr>
          <w:rFonts w:ascii="Arial" w:hAnsi="Arial" w:cs="Arial"/>
          <w:szCs w:val="24"/>
        </w:rPr>
        <w:t>5</w:t>
      </w:r>
      <w:r w:rsidRPr="002E3073">
        <w:rPr>
          <w:rFonts w:ascii="Arial" w:hAnsi="Arial" w:cs="Arial"/>
          <w:szCs w:val="24"/>
        </w:rPr>
        <w:t xml:space="preserve"> – </w:t>
      </w:r>
      <w:proofErr w:type="spellStart"/>
      <w:r w:rsidRPr="002E3073">
        <w:rPr>
          <w:rFonts w:ascii="Arial" w:hAnsi="Arial" w:cs="Arial"/>
          <w:szCs w:val="24"/>
        </w:rPr>
        <w:t>nazwa</w:t>
      </w:r>
      <w:proofErr w:type="spellEnd"/>
      <w:r w:rsidRPr="002E3073">
        <w:rPr>
          <w:rFonts w:ascii="Arial" w:hAnsi="Arial" w:cs="Arial"/>
          <w:szCs w:val="24"/>
        </w:rPr>
        <w:t xml:space="preserve"> i </w:t>
      </w:r>
      <w:proofErr w:type="spellStart"/>
      <w:r w:rsidRPr="002E3073">
        <w:rPr>
          <w:rFonts w:ascii="Arial" w:hAnsi="Arial" w:cs="Arial"/>
          <w:szCs w:val="24"/>
        </w:rPr>
        <w:t>liczba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godzin</w:t>
      </w:r>
      <w:proofErr w:type="spellEnd"/>
      <w:r w:rsidRPr="002E3073">
        <w:rPr>
          <w:rFonts w:ascii="Arial" w:hAnsi="Arial" w:cs="Arial"/>
          <w:szCs w:val="24"/>
        </w:rPr>
        <w:t>: .............................................................................</w:t>
      </w:r>
    </w:p>
    <w:p w14:paraId="21E694E0" w14:textId="77777777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Inne przedmioty (w razie potr</w:t>
      </w:r>
      <w:r w:rsidRPr="002E3073">
        <w:rPr>
          <w:rFonts w:ascii="Arial" w:hAnsi="Arial" w:cs="Arial"/>
          <w:szCs w:val="24"/>
        </w:rPr>
        <w:t>zeby proszę dołączyć wykaz): ........................................</w:t>
      </w:r>
    </w:p>
    <w:p w14:paraId="207BECAF" w14:textId="122CF2AD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Łączna liczba godzin zajęć, na których planowane jest wykorzystanie rozwijanych kompetencji (G</w:t>
      </w:r>
      <w:r w:rsidRPr="002E3073">
        <w:rPr>
          <w:rFonts w:ascii="Cambria Math" w:hAnsi="Cambria Math" w:cs="Cambria Math"/>
          <w:szCs w:val="24"/>
        </w:rPr>
        <w:t>ₖ</w:t>
      </w:r>
      <w:r w:rsidRPr="002E3073">
        <w:rPr>
          <w:rFonts w:ascii="Arial" w:hAnsi="Arial" w:cs="Arial"/>
          <w:szCs w:val="24"/>
        </w:rPr>
        <w:t xml:space="preserve">) – suma </w:t>
      </w:r>
      <w:proofErr w:type="spellStart"/>
      <w:r w:rsidRPr="002E3073">
        <w:rPr>
          <w:rFonts w:ascii="Arial" w:hAnsi="Arial" w:cs="Arial"/>
          <w:szCs w:val="24"/>
        </w:rPr>
        <w:t>godzin</w:t>
      </w:r>
      <w:proofErr w:type="spellEnd"/>
      <w:r w:rsidRPr="002E3073">
        <w:rPr>
          <w:rFonts w:ascii="Arial" w:hAnsi="Arial" w:cs="Arial"/>
          <w:szCs w:val="24"/>
        </w:rPr>
        <w:t xml:space="preserve"> z </w:t>
      </w:r>
      <w:proofErr w:type="spellStart"/>
      <w:r w:rsidRPr="002E3073">
        <w:rPr>
          <w:rFonts w:ascii="Arial" w:hAnsi="Arial" w:cs="Arial"/>
          <w:szCs w:val="24"/>
        </w:rPr>
        <w:t>powyższego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wykazu</w:t>
      </w:r>
      <w:proofErr w:type="spellEnd"/>
      <w:r w:rsidR="00614915" w:rsidRPr="002E3073">
        <w:rPr>
          <w:rFonts w:ascii="Arial" w:hAnsi="Arial" w:cs="Arial"/>
          <w:szCs w:val="24"/>
        </w:rPr>
        <w:t xml:space="preserve"> </w:t>
      </w:r>
      <w:r w:rsidRPr="002E3073">
        <w:rPr>
          <w:rFonts w:ascii="Arial" w:hAnsi="Arial" w:cs="Arial"/>
          <w:szCs w:val="24"/>
        </w:rPr>
        <w:t>.</w:t>
      </w:r>
      <w:r w:rsidRPr="002E3073">
        <w:rPr>
          <w:rFonts w:ascii="Arial" w:hAnsi="Arial" w:cs="Arial"/>
          <w:szCs w:val="24"/>
        </w:rPr>
        <w:t>............</w:t>
      </w:r>
      <w:r w:rsidRPr="002E3073">
        <w:rPr>
          <w:rFonts w:ascii="Arial" w:hAnsi="Arial" w:cs="Arial"/>
          <w:szCs w:val="24"/>
        </w:rPr>
        <w:t>.................................................</w:t>
      </w:r>
    </w:p>
    <w:p w14:paraId="4D33CB97" w14:textId="616699FB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r w:rsidRPr="002E3073">
        <w:rPr>
          <w:rFonts w:ascii="Arial" w:hAnsi="Arial" w:cs="Arial"/>
          <w:szCs w:val="24"/>
        </w:rPr>
        <w:t>Udział procentowy godzin: (G</w:t>
      </w:r>
      <w:r w:rsidRPr="002E3073">
        <w:rPr>
          <w:rFonts w:ascii="Cambria Math" w:hAnsi="Cambria Math" w:cs="Cambria Math"/>
          <w:szCs w:val="24"/>
        </w:rPr>
        <w:t>ₖ</w:t>
      </w:r>
      <w:r w:rsidRPr="002E3073">
        <w:rPr>
          <w:rFonts w:ascii="Arial" w:hAnsi="Arial" w:cs="Arial"/>
          <w:szCs w:val="24"/>
        </w:rPr>
        <w:t xml:space="preserve"> / Gₒ) × 100% = .................. % </w:t>
      </w:r>
    </w:p>
    <w:p w14:paraId="57164DC6" w14:textId="382E28CC" w:rsidR="00962E53" w:rsidRPr="002E3073" w:rsidRDefault="00461115" w:rsidP="00614915">
      <w:pPr>
        <w:spacing w:line="360" w:lineRule="auto"/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b/>
          <w:bCs/>
          <w:szCs w:val="24"/>
        </w:rPr>
        <w:t>Oświadczenie</w:t>
      </w:r>
      <w:proofErr w:type="spellEnd"/>
      <w:r w:rsidRPr="002E3073">
        <w:rPr>
          <w:rFonts w:ascii="Arial" w:hAnsi="Arial" w:cs="Arial"/>
          <w:b/>
          <w:bCs/>
          <w:szCs w:val="24"/>
        </w:rPr>
        <w:t xml:space="preserve"> </w:t>
      </w:r>
      <w:r w:rsidRPr="002E3073">
        <w:rPr>
          <w:rFonts w:ascii="Arial" w:hAnsi="Arial" w:cs="Arial"/>
          <w:szCs w:val="24"/>
        </w:rPr>
        <w:t xml:space="preserve">podane liczby godzin odpowiadają przydziałowi zajęć </w:t>
      </w:r>
      <w:proofErr w:type="spellStart"/>
      <w:r w:rsidRPr="002E3073">
        <w:rPr>
          <w:rFonts w:ascii="Arial" w:hAnsi="Arial" w:cs="Arial"/>
          <w:szCs w:val="24"/>
        </w:rPr>
        <w:t>na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rok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akademicki</w:t>
      </w:r>
      <w:proofErr w:type="spellEnd"/>
      <w:r w:rsidRPr="002E3073">
        <w:rPr>
          <w:rFonts w:ascii="Arial" w:hAnsi="Arial" w:cs="Arial"/>
          <w:szCs w:val="24"/>
        </w:rPr>
        <w:t xml:space="preserve"> 2026/2027</w:t>
      </w:r>
      <w:r w:rsidR="00614915" w:rsidRPr="002E3073">
        <w:rPr>
          <w:rFonts w:ascii="Arial" w:hAnsi="Arial" w:cs="Arial"/>
          <w:szCs w:val="24"/>
        </w:rPr>
        <w:t xml:space="preserve">. </w:t>
      </w:r>
      <w:proofErr w:type="spellStart"/>
      <w:r w:rsidRPr="002E3073">
        <w:rPr>
          <w:rFonts w:ascii="Arial" w:hAnsi="Arial" w:cs="Arial"/>
          <w:szCs w:val="24"/>
        </w:rPr>
        <w:t>Każdą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godzinę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zajęć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należy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uwzględnić</w:t>
      </w:r>
      <w:proofErr w:type="spellEnd"/>
      <w:r w:rsidRPr="002E3073">
        <w:rPr>
          <w:rFonts w:ascii="Arial" w:hAnsi="Arial" w:cs="Arial"/>
          <w:szCs w:val="24"/>
        </w:rPr>
        <w:t xml:space="preserve"> tylko raz. </w:t>
      </w:r>
      <w:r w:rsidRPr="002E3073">
        <w:rPr>
          <w:rFonts w:ascii="Arial" w:hAnsi="Arial" w:cs="Arial"/>
          <w:szCs w:val="24"/>
        </w:rPr>
        <w:t>Dane mogą podlegać weryfikacji przez Komisję.</w:t>
      </w:r>
    </w:p>
    <w:p w14:paraId="70F54199" w14:textId="7BEBFC6E" w:rsidR="00614915" w:rsidRPr="002E3073" w:rsidRDefault="00461115" w:rsidP="00BF233C">
      <w:pPr>
        <w:spacing w:line="360" w:lineRule="auto"/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szCs w:val="24"/>
        </w:rPr>
        <w:lastRenderedPageBreak/>
        <w:t>Podstawa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podanych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godzin</w:t>
      </w:r>
      <w:proofErr w:type="spellEnd"/>
      <w:r w:rsidRPr="002E3073">
        <w:rPr>
          <w:rFonts w:ascii="Arial" w:hAnsi="Arial" w:cs="Arial"/>
          <w:szCs w:val="24"/>
        </w:rPr>
        <w:t xml:space="preserve"> (</w:t>
      </w:r>
      <w:proofErr w:type="spellStart"/>
      <w:r w:rsidRPr="002E3073">
        <w:rPr>
          <w:rFonts w:ascii="Arial" w:hAnsi="Arial" w:cs="Arial"/>
          <w:szCs w:val="24"/>
        </w:rPr>
        <w:t>zaznac</w:t>
      </w:r>
      <w:r w:rsidRPr="002E3073">
        <w:rPr>
          <w:rFonts w:ascii="Arial" w:hAnsi="Arial" w:cs="Arial"/>
          <w:szCs w:val="24"/>
        </w:rPr>
        <w:t>z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właściwe</w:t>
      </w:r>
      <w:proofErr w:type="spellEnd"/>
      <w:r w:rsidRPr="002E3073">
        <w:rPr>
          <w:rFonts w:ascii="Arial" w:hAnsi="Arial" w:cs="Arial"/>
          <w:szCs w:val="24"/>
        </w:rPr>
        <w:t xml:space="preserve">):  </w:t>
      </w:r>
      <w:r w:rsidR="00614915" w:rsidRPr="002E3073">
        <w:rPr>
          <w:rFonts w:ascii="Arial" w:hAnsi="Arial" w:cs="Arial"/>
          <w:szCs w:val="24"/>
        </w:rPr>
        <w:br/>
      </w:r>
      <w:r w:rsidRPr="002E3073">
        <w:rPr>
          <w:rFonts w:ascii="Segoe UI Symbol" w:hAnsi="Segoe UI Symbol" w:cs="Segoe UI Symbol"/>
          <w:szCs w:val="24"/>
        </w:rPr>
        <w:t>☐</w:t>
      </w:r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zatwierdzony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przydział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zajęć</w:t>
      </w:r>
      <w:proofErr w:type="spellEnd"/>
      <w:r w:rsidRPr="002E3073">
        <w:rPr>
          <w:rFonts w:ascii="Arial" w:hAnsi="Arial" w:cs="Arial"/>
          <w:szCs w:val="24"/>
        </w:rPr>
        <w:t xml:space="preserve">   </w:t>
      </w:r>
      <w:r w:rsidRPr="002E3073">
        <w:rPr>
          <w:rFonts w:ascii="Segoe UI Symbol" w:hAnsi="Segoe UI Symbol" w:cs="Segoe UI Symbol"/>
          <w:szCs w:val="24"/>
        </w:rPr>
        <w:t>☐</w:t>
      </w:r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planowany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przydział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zajęć</w:t>
      </w:r>
      <w:proofErr w:type="spellEnd"/>
    </w:p>
    <w:p w14:paraId="44D1F922" w14:textId="47772918" w:rsidR="00BF233C" w:rsidRPr="002E3073" w:rsidRDefault="002E3073" w:rsidP="00BF233C">
      <w:pPr>
        <w:pStyle w:val="Bezodstpw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2E3073">
        <w:rPr>
          <w:rFonts w:ascii="Arial" w:hAnsi="Arial" w:cs="Arial"/>
          <w:b/>
          <w:bCs/>
          <w:sz w:val="24"/>
          <w:szCs w:val="24"/>
        </w:rPr>
        <w:t xml:space="preserve">5. </w:t>
      </w:r>
      <w:proofErr w:type="spellStart"/>
      <w:r w:rsidR="00461115" w:rsidRPr="002E3073">
        <w:rPr>
          <w:rFonts w:ascii="Arial" w:hAnsi="Arial" w:cs="Arial"/>
          <w:b/>
          <w:bCs/>
          <w:sz w:val="24"/>
          <w:szCs w:val="24"/>
        </w:rPr>
        <w:t>Inform</w:t>
      </w:r>
      <w:r w:rsidR="00461115" w:rsidRPr="002E3073">
        <w:rPr>
          <w:rFonts w:ascii="Arial" w:hAnsi="Arial" w:cs="Arial"/>
          <w:b/>
          <w:bCs/>
          <w:sz w:val="24"/>
          <w:szCs w:val="24"/>
        </w:rPr>
        <w:t>acja</w:t>
      </w:r>
      <w:proofErr w:type="spellEnd"/>
      <w:r w:rsidR="00461115" w:rsidRPr="002E3073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="00461115" w:rsidRPr="002E3073">
        <w:rPr>
          <w:rFonts w:ascii="Arial" w:hAnsi="Arial" w:cs="Arial"/>
          <w:b/>
          <w:bCs/>
          <w:sz w:val="24"/>
          <w:szCs w:val="24"/>
        </w:rPr>
        <w:t>możliwości</w:t>
      </w:r>
      <w:proofErr w:type="spellEnd"/>
      <w:r w:rsidR="00461115" w:rsidRPr="002E307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461115" w:rsidRPr="002E3073">
        <w:rPr>
          <w:rFonts w:ascii="Arial" w:hAnsi="Arial" w:cs="Arial"/>
          <w:b/>
          <w:bCs/>
          <w:sz w:val="24"/>
          <w:szCs w:val="24"/>
        </w:rPr>
        <w:t>zgłoszenia</w:t>
      </w:r>
      <w:proofErr w:type="spellEnd"/>
      <w:r w:rsidR="00461115" w:rsidRPr="002E3073">
        <w:rPr>
          <w:rFonts w:ascii="Arial" w:hAnsi="Arial" w:cs="Arial"/>
          <w:b/>
          <w:bCs/>
          <w:sz w:val="24"/>
          <w:szCs w:val="24"/>
        </w:rPr>
        <w:t xml:space="preserve"> niezgodności z Konwencją o </w:t>
      </w:r>
      <w:proofErr w:type="spellStart"/>
      <w:r w:rsidR="00461115" w:rsidRPr="002E3073">
        <w:rPr>
          <w:rFonts w:ascii="Arial" w:hAnsi="Arial" w:cs="Arial"/>
          <w:b/>
          <w:bCs/>
          <w:sz w:val="24"/>
          <w:szCs w:val="24"/>
        </w:rPr>
        <w:t>prawach</w:t>
      </w:r>
      <w:proofErr w:type="spellEnd"/>
      <w:r w:rsidR="00461115" w:rsidRPr="002E307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461115" w:rsidRPr="002E3073">
        <w:rPr>
          <w:rFonts w:ascii="Arial" w:hAnsi="Arial" w:cs="Arial"/>
          <w:b/>
          <w:bCs/>
          <w:sz w:val="24"/>
          <w:szCs w:val="24"/>
        </w:rPr>
        <w:t>osób</w:t>
      </w:r>
      <w:proofErr w:type="spellEnd"/>
      <w:r w:rsidR="00461115" w:rsidRPr="002E307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461115" w:rsidRPr="002E3073">
        <w:rPr>
          <w:rFonts w:ascii="Arial" w:hAnsi="Arial" w:cs="Arial"/>
          <w:b/>
          <w:bCs/>
          <w:sz w:val="24"/>
          <w:szCs w:val="24"/>
        </w:rPr>
        <w:t>niepełnosprawnych</w:t>
      </w:r>
      <w:proofErr w:type="spellEnd"/>
    </w:p>
    <w:p w14:paraId="433E1AD5" w14:textId="25AEFAA3" w:rsidR="00BF233C" w:rsidRPr="002E3073" w:rsidRDefault="00BF233C" w:rsidP="002E3073">
      <w:pPr>
        <w:pStyle w:val="Bezodstpw"/>
        <w:spacing w:line="36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2E3073">
        <w:rPr>
          <w:rFonts w:ascii="Arial" w:hAnsi="Arial" w:cs="Arial"/>
          <w:sz w:val="24"/>
          <w:szCs w:val="24"/>
        </w:rPr>
        <w:t>Każdy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uczestnik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ma </w:t>
      </w:r>
      <w:proofErr w:type="spellStart"/>
      <w:r w:rsidRPr="002E3073">
        <w:rPr>
          <w:rFonts w:ascii="Arial" w:hAnsi="Arial" w:cs="Arial"/>
          <w:sz w:val="24"/>
          <w:szCs w:val="24"/>
        </w:rPr>
        <w:t>prawo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zgłaszać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podejrzenia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E3073">
        <w:rPr>
          <w:rFonts w:ascii="Arial" w:hAnsi="Arial" w:cs="Arial"/>
          <w:sz w:val="24"/>
          <w:szCs w:val="24"/>
        </w:rPr>
        <w:t>niezgodności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projektu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lub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działań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Beneficjenta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2E3073">
        <w:rPr>
          <w:rFonts w:ascii="Arial" w:hAnsi="Arial" w:cs="Arial"/>
          <w:sz w:val="24"/>
          <w:szCs w:val="24"/>
        </w:rPr>
        <w:t>związku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z  </w:t>
      </w:r>
      <w:proofErr w:type="spellStart"/>
      <w:r w:rsidRPr="002E3073">
        <w:rPr>
          <w:rFonts w:ascii="Arial" w:hAnsi="Arial" w:cs="Arial"/>
          <w:sz w:val="24"/>
          <w:szCs w:val="24"/>
        </w:rPr>
        <w:t>Konwencją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E3073">
        <w:rPr>
          <w:rFonts w:ascii="Arial" w:hAnsi="Arial" w:cs="Arial"/>
          <w:sz w:val="24"/>
          <w:szCs w:val="24"/>
        </w:rPr>
        <w:t>prawach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osób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niepełnosprawnych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sporządzoną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2E3073">
        <w:rPr>
          <w:rFonts w:ascii="Arial" w:hAnsi="Arial" w:cs="Arial"/>
          <w:sz w:val="24"/>
          <w:szCs w:val="24"/>
        </w:rPr>
        <w:t>Nowym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Jorku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dnia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13 </w:t>
      </w:r>
      <w:proofErr w:type="spellStart"/>
      <w:r w:rsidRPr="002E3073">
        <w:rPr>
          <w:rFonts w:ascii="Arial" w:hAnsi="Arial" w:cs="Arial"/>
          <w:sz w:val="24"/>
          <w:szCs w:val="24"/>
        </w:rPr>
        <w:t>grudnia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2006 r. (Dz. U. z 2012 r. </w:t>
      </w:r>
      <w:proofErr w:type="spellStart"/>
      <w:r w:rsidRPr="002E3073">
        <w:rPr>
          <w:rFonts w:ascii="Arial" w:hAnsi="Arial" w:cs="Arial"/>
          <w:sz w:val="24"/>
          <w:szCs w:val="24"/>
        </w:rPr>
        <w:t>poz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. 1169, z </w:t>
      </w:r>
      <w:proofErr w:type="spellStart"/>
      <w:r w:rsidRPr="002E3073">
        <w:rPr>
          <w:rFonts w:ascii="Arial" w:hAnsi="Arial" w:cs="Arial"/>
          <w:sz w:val="24"/>
          <w:szCs w:val="24"/>
        </w:rPr>
        <w:t>późn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E3073">
        <w:rPr>
          <w:rFonts w:ascii="Arial" w:hAnsi="Arial" w:cs="Arial"/>
          <w:sz w:val="24"/>
          <w:szCs w:val="24"/>
        </w:rPr>
        <w:t>zm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.), </w:t>
      </w:r>
      <w:proofErr w:type="spellStart"/>
      <w:r w:rsidRPr="002E3073">
        <w:rPr>
          <w:rFonts w:ascii="Arial" w:hAnsi="Arial" w:cs="Arial"/>
          <w:sz w:val="24"/>
          <w:szCs w:val="24"/>
        </w:rPr>
        <w:t>zwanej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dalej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„KPON” do </w:t>
      </w:r>
      <w:proofErr w:type="spellStart"/>
      <w:r w:rsidRPr="002E3073">
        <w:rPr>
          <w:rFonts w:ascii="Arial" w:hAnsi="Arial" w:cs="Arial"/>
          <w:sz w:val="24"/>
          <w:szCs w:val="24"/>
        </w:rPr>
        <w:t>instytucji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Zarządzającej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lub</w:t>
      </w:r>
      <w:proofErr w:type="spellEnd"/>
      <w:r w:rsidRPr="002E30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3073">
        <w:rPr>
          <w:rFonts w:ascii="Arial" w:hAnsi="Arial" w:cs="Arial"/>
          <w:sz w:val="24"/>
          <w:szCs w:val="24"/>
        </w:rPr>
        <w:t>Pośredniczącej</w:t>
      </w:r>
      <w:proofErr w:type="spellEnd"/>
      <w:r w:rsidRPr="002E3073">
        <w:rPr>
          <w:rFonts w:ascii="Arial" w:hAnsi="Arial" w:cs="Arial"/>
          <w:sz w:val="24"/>
          <w:szCs w:val="24"/>
        </w:rPr>
        <w:t>.</w:t>
      </w:r>
    </w:p>
    <w:p w14:paraId="409845D4" w14:textId="77777777" w:rsidR="00BF233C" w:rsidRPr="002E3073" w:rsidRDefault="00BF233C" w:rsidP="002E3073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2E3073">
        <w:rPr>
          <w:rFonts w:ascii="Arial" w:hAnsi="Arial" w:cs="Arial"/>
        </w:rPr>
        <w:t>Sygnały, zgłoszenia lub skargi dotyczące wystąpienia niezgodności projektów FERS z postanowieniami KPON mogą przekazywać osoby fizyczne (uczestnicy projektów lub ich pełnomocnicy i przedstawiciele), instytucje uczestniczące we wdrażaniu funduszy Unii Europejskiej, strona społeczna (stowarzyszenia, fundacje), za pomocą (w każdym poniższym przypadku uznaje się zgłoszenie za przekazane w formie pisemnej):</w:t>
      </w:r>
    </w:p>
    <w:p w14:paraId="2CBBB7CC" w14:textId="1C476186" w:rsidR="00BF233C" w:rsidRPr="002E3073" w:rsidRDefault="00BF233C" w:rsidP="002E3073">
      <w:pPr>
        <w:numPr>
          <w:ilvl w:val="0"/>
          <w:numId w:val="16"/>
        </w:numPr>
        <w:spacing w:after="100" w:afterAutospacing="1" w:line="360" w:lineRule="auto"/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szCs w:val="24"/>
        </w:rPr>
        <w:t>poczty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tradycyjnej</w:t>
      </w:r>
      <w:proofErr w:type="spellEnd"/>
      <w:r w:rsidRPr="002E3073">
        <w:rPr>
          <w:rFonts w:ascii="Arial" w:hAnsi="Arial" w:cs="Arial"/>
          <w:szCs w:val="24"/>
        </w:rPr>
        <w:t xml:space="preserve"> - w </w:t>
      </w:r>
      <w:proofErr w:type="spellStart"/>
      <w:r w:rsidRPr="002E3073">
        <w:rPr>
          <w:rFonts w:ascii="Arial" w:hAnsi="Arial" w:cs="Arial"/>
          <w:szCs w:val="24"/>
        </w:rPr>
        <w:t>formie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listownej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na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adres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ministerstwa</w:t>
      </w:r>
      <w:proofErr w:type="spellEnd"/>
      <w:r w:rsidRPr="002E3073">
        <w:rPr>
          <w:rFonts w:ascii="Arial" w:hAnsi="Arial" w:cs="Arial"/>
          <w:szCs w:val="24"/>
        </w:rPr>
        <w:t xml:space="preserve">: </w:t>
      </w:r>
      <w:proofErr w:type="spellStart"/>
      <w:r w:rsidRPr="002E3073">
        <w:rPr>
          <w:rFonts w:ascii="Arial" w:hAnsi="Arial" w:cs="Arial"/>
          <w:szCs w:val="24"/>
        </w:rPr>
        <w:t>Ministerstwo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Funduszy</w:t>
      </w:r>
      <w:proofErr w:type="spellEnd"/>
      <w:r w:rsidRPr="002E3073">
        <w:rPr>
          <w:rFonts w:ascii="Arial" w:hAnsi="Arial" w:cs="Arial"/>
          <w:szCs w:val="24"/>
        </w:rPr>
        <w:t xml:space="preserve"> i </w:t>
      </w:r>
      <w:proofErr w:type="spellStart"/>
      <w:r w:rsidRPr="002E3073">
        <w:rPr>
          <w:rFonts w:ascii="Arial" w:hAnsi="Arial" w:cs="Arial"/>
          <w:szCs w:val="24"/>
        </w:rPr>
        <w:t>Polityki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Regionalnej</w:t>
      </w:r>
      <w:proofErr w:type="spellEnd"/>
      <w:r w:rsidRPr="002E3073">
        <w:rPr>
          <w:rFonts w:ascii="Arial" w:hAnsi="Arial" w:cs="Arial"/>
          <w:szCs w:val="24"/>
        </w:rPr>
        <w:t xml:space="preserve">, ul. </w:t>
      </w:r>
      <w:proofErr w:type="spellStart"/>
      <w:r w:rsidRPr="002E3073">
        <w:rPr>
          <w:rFonts w:ascii="Arial" w:hAnsi="Arial" w:cs="Arial"/>
          <w:szCs w:val="24"/>
        </w:rPr>
        <w:t>Wspólna</w:t>
      </w:r>
      <w:proofErr w:type="spellEnd"/>
      <w:r w:rsidRPr="002E3073">
        <w:rPr>
          <w:rFonts w:ascii="Arial" w:hAnsi="Arial" w:cs="Arial"/>
          <w:szCs w:val="24"/>
        </w:rPr>
        <w:t xml:space="preserve"> 2/4, 00-926 Warszawa </w:t>
      </w:r>
      <w:proofErr w:type="spellStart"/>
      <w:r w:rsidRPr="002E3073">
        <w:rPr>
          <w:rFonts w:ascii="Arial" w:hAnsi="Arial" w:cs="Arial"/>
          <w:szCs w:val="24"/>
        </w:rPr>
        <w:t>lub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adres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Instytucji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Pośredniczącej</w:t>
      </w:r>
      <w:proofErr w:type="spellEnd"/>
      <w:r w:rsidRPr="002E3073">
        <w:rPr>
          <w:rFonts w:ascii="Arial" w:hAnsi="Arial" w:cs="Arial"/>
          <w:szCs w:val="24"/>
        </w:rPr>
        <w:t xml:space="preserve">: </w:t>
      </w:r>
      <w:proofErr w:type="spellStart"/>
      <w:r w:rsidRPr="002E3073">
        <w:rPr>
          <w:rFonts w:ascii="Arial" w:hAnsi="Arial" w:cs="Arial"/>
          <w:szCs w:val="24"/>
        </w:rPr>
        <w:t>Narodowe</w:t>
      </w:r>
      <w:proofErr w:type="spellEnd"/>
      <w:r w:rsidRPr="002E3073">
        <w:rPr>
          <w:rFonts w:ascii="Arial" w:hAnsi="Arial" w:cs="Arial"/>
          <w:szCs w:val="24"/>
        </w:rPr>
        <w:t xml:space="preserve"> Centrum </w:t>
      </w:r>
      <w:proofErr w:type="spellStart"/>
      <w:r w:rsidRPr="002E3073">
        <w:rPr>
          <w:rFonts w:ascii="Arial" w:hAnsi="Arial" w:cs="Arial"/>
          <w:szCs w:val="24"/>
        </w:rPr>
        <w:t>Badań</w:t>
      </w:r>
      <w:proofErr w:type="spellEnd"/>
      <w:r w:rsidRPr="002E3073">
        <w:rPr>
          <w:rFonts w:ascii="Arial" w:hAnsi="Arial" w:cs="Arial"/>
          <w:szCs w:val="24"/>
        </w:rPr>
        <w:t xml:space="preserve"> i </w:t>
      </w:r>
      <w:proofErr w:type="spellStart"/>
      <w:r w:rsidRPr="002E3073">
        <w:rPr>
          <w:rFonts w:ascii="Arial" w:hAnsi="Arial" w:cs="Arial"/>
          <w:szCs w:val="24"/>
        </w:rPr>
        <w:t>Rozwoju</w:t>
      </w:r>
      <w:proofErr w:type="spellEnd"/>
      <w:r w:rsidRPr="002E3073">
        <w:rPr>
          <w:rFonts w:ascii="Arial" w:hAnsi="Arial" w:cs="Arial"/>
          <w:szCs w:val="24"/>
        </w:rPr>
        <w:t xml:space="preserve">, </w:t>
      </w:r>
      <w:r w:rsidR="002E3073" w:rsidRPr="002E3073">
        <w:rPr>
          <w:rFonts w:ascii="Arial" w:hAnsi="Arial" w:cs="Arial"/>
          <w:szCs w:val="24"/>
        </w:rPr>
        <w:t>u</w:t>
      </w:r>
      <w:r w:rsidRPr="002E3073">
        <w:rPr>
          <w:rFonts w:ascii="Arial" w:hAnsi="Arial" w:cs="Arial"/>
          <w:szCs w:val="24"/>
        </w:rPr>
        <w:t xml:space="preserve">l. </w:t>
      </w:r>
      <w:proofErr w:type="spellStart"/>
      <w:r w:rsidRPr="002E3073">
        <w:rPr>
          <w:rFonts w:ascii="Arial" w:hAnsi="Arial" w:cs="Arial"/>
          <w:szCs w:val="24"/>
        </w:rPr>
        <w:t>Chmielna</w:t>
      </w:r>
      <w:proofErr w:type="spellEnd"/>
      <w:r w:rsidRPr="002E3073">
        <w:rPr>
          <w:rFonts w:ascii="Arial" w:hAnsi="Arial" w:cs="Arial"/>
          <w:szCs w:val="24"/>
        </w:rPr>
        <w:t xml:space="preserve"> 69, 00-801 Warszawa,</w:t>
      </w:r>
    </w:p>
    <w:p w14:paraId="3886E886" w14:textId="77777777" w:rsidR="00BF233C" w:rsidRPr="002E3073" w:rsidRDefault="00BF233C" w:rsidP="002E3073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Arial" w:hAnsi="Arial" w:cs="Arial"/>
          <w:szCs w:val="24"/>
        </w:rPr>
      </w:pPr>
      <w:proofErr w:type="spellStart"/>
      <w:r w:rsidRPr="002E3073">
        <w:rPr>
          <w:rFonts w:ascii="Arial" w:hAnsi="Arial" w:cs="Arial"/>
          <w:szCs w:val="24"/>
        </w:rPr>
        <w:t>skrzynki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nadawczej</w:t>
      </w:r>
      <w:proofErr w:type="spellEnd"/>
      <w:r w:rsidRPr="002E3073">
        <w:rPr>
          <w:rFonts w:ascii="Arial" w:hAnsi="Arial" w:cs="Arial"/>
          <w:szCs w:val="24"/>
        </w:rPr>
        <w:t xml:space="preserve"> e-</w:t>
      </w:r>
      <w:proofErr w:type="spellStart"/>
      <w:r w:rsidRPr="002E3073">
        <w:rPr>
          <w:rFonts w:ascii="Arial" w:hAnsi="Arial" w:cs="Arial"/>
          <w:szCs w:val="24"/>
        </w:rPr>
        <w:t>puap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Ministerstwa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Funduszy</w:t>
      </w:r>
      <w:proofErr w:type="spellEnd"/>
      <w:r w:rsidRPr="002E3073">
        <w:rPr>
          <w:rFonts w:ascii="Arial" w:hAnsi="Arial" w:cs="Arial"/>
          <w:szCs w:val="24"/>
        </w:rPr>
        <w:t xml:space="preserve"> i </w:t>
      </w:r>
      <w:proofErr w:type="spellStart"/>
      <w:r w:rsidRPr="002E3073">
        <w:rPr>
          <w:rFonts w:ascii="Arial" w:hAnsi="Arial" w:cs="Arial"/>
          <w:szCs w:val="24"/>
        </w:rPr>
        <w:t>Polityki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Regionalnej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lub</w:t>
      </w:r>
      <w:proofErr w:type="spellEnd"/>
      <w:r w:rsidRPr="002E3073">
        <w:rPr>
          <w:rFonts w:ascii="Arial" w:hAnsi="Arial" w:cs="Arial"/>
          <w:szCs w:val="24"/>
        </w:rPr>
        <w:t xml:space="preserve"> </w:t>
      </w:r>
      <w:proofErr w:type="spellStart"/>
      <w:r w:rsidRPr="002E3073">
        <w:rPr>
          <w:rFonts w:ascii="Arial" w:hAnsi="Arial" w:cs="Arial"/>
          <w:szCs w:val="24"/>
        </w:rPr>
        <w:t>Narodowego</w:t>
      </w:r>
      <w:proofErr w:type="spellEnd"/>
      <w:r w:rsidRPr="002E3073">
        <w:rPr>
          <w:rFonts w:ascii="Arial" w:hAnsi="Arial" w:cs="Arial"/>
          <w:szCs w:val="24"/>
        </w:rPr>
        <w:t xml:space="preserve"> Centrum </w:t>
      </w:r>
      <w:proofErr w:type="spellStart"/>
      <w:r w:rsidRPr="002E3073">
        <w:rPr>
          <w:rFonts w:ascii="Arial" w:hAnsi="Arial" w:cs="Arial"/>
          <w:szCs w:val="24"/>
        </w:rPr>
        <w:t>Badań</w:t>
      </w:r>
      <w:proofErr w:type="spellEnd"/>
      <w:r w:rsidRPr="002E3073">
        <w:rPr>
          <w:rFonts w:ascii="Arial" w:hAnsi="Arial" w:cs="Arial"/>
          <w:szCs w:val="24"/>
        </w:rPr>
        <w:t xml:space="preserve"> i </w:t>
      </w:r>
      <w:proofErr w:type="spellStart"/>
      <w:r w:rsidRPr="002E3073">
        <w:rPr>
          <w:rFonts w:ascii="Arial" w:hAnsi="Arial" w:cs="Arial"/>
          <w:szCs w:val="24"/>
        </w:rPr>
        <w:t>Rozwoju</w:t>
      </w:r>
      <w:proofErr w:type="spellEnd"/>
      <w:r w:rsidRPr="002E3073">
        <w:rPr>
          <w:rFonts w:ascii="Arial" w:hAnsi="Arial" w:cs="Arial"/>
          <w:szCs w:val="24"/>
        </w:rPr>
        <w:t>.</w:t>
      </w:r>
    </w:p>
    <w:p w14:paraId="6A54F85E" w14:textId="28BEF426" w:rsidR="00BF233C" w:rsidRPr="002E3073" w:rsidRDefault="002E3073" w:rsidP="00BF233C">
      <w:pPr>
        <w:spacing w:after="0" w:line="360" w:lineRule="auto"/>
        <w:rPr>
          <w:rFonts w:ascii="Arial" w:hAnsi="Arial" w:cs="Arial"/>
          <w:color w:val="FF0000"/>
          <w:szCs w:val="24"/>
        </w:rPr>
      </w:pP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Składając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 </w:t>
      </w:r>
      <w:proofErr w:type="spellStart"/>
      <w:r>
        <w:rPr>
          <w:rFonts w:ascii="Arial" w:hAnsi="Arial" w:cs="Arial"/>
          <w:color w:val="0D0D0D" w:themeColor="text1" w:themeTint="F2"/>
          <w:szCs w:val="24"/>
        </w:rPr>
        <w:t>niniejszy</w:t>
      </w:r>
      <w:proofErr w:type="spellEnd"/>
      <w:r>
        <w:rPr>
          <w:rFonts w:ascii="Arial" w:hAnsi="Arial" w:cs="Arial"/>
          <w:color w:val="0D0D0D" w:themeColor="text1" w:themeTint="F2"/>
          <w:szCs w:val="24"/>
        </w:rPr>
        <w:t xml:space="preserve"> </w:t>
      </w: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formularz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 </w:t>
      </w: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rekrutacyjny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, </w:t>
      </w: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oświadczam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, </w:t>
      </w: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że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 </w:t>
      </w: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przyjmuje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 </w:t>
      </w: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powyższą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 </w:t>
      </w: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informację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 do </w:t>
      </w:r>
      <w:proofErr w:type="spellStart"/>
      <w:r w:rsidRPr="002E3073">
        <w:rPr>
          <w:rFonts w:ascii="Arial" w:hAnsi="Arial" w:cs="Arial"/>
          <w:color w:val="0D0D0D" w:themeColor="text1" w:themeTint="F2"/>
          <w:szCs w:val="24"/>
        </w:rPr>
        <w:t>wiadomości</w:t>
      </w:r>
      <w:proofErr w:type="spellEnd"/>
      <w:r w:rsidRPr="002E3073">
        <w:rPr>
          <w:rFonts w:ascii="Arial" w:hAnsi="Arial" w:cs="Arial"/>
          <w:color w:val="0D0D0D" w:themeColor="text1" w:themeTint="F2"/>
          <w:szCs w:val="24"/>
        </w:rPr>
        <w:t xml:space="preserve">. </w:t>
      </w:r>
    </w:p>
    <w:p w14:paraId="5DA2EF25" w14:textId="77777777" w:rsidR="00BF233C" w:rsidRPr="00223F45" w:rsidRDefault="00BF233C" w:rsidP="00BF233C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58C92A9A" w14:textId="77777777" w:rsidR="00BF233C" w:rsidRPr="00223F45" w:rsidRDefault="00BF233C" w:rsidP="00BF233C">
      <w:pPr>
        <w:spacing w:after="0" w:line="240" w:lineRule="auto"/>
        <w:rPr>
          <w:rFonts w:cstheme="minorHAnsi"/>
          <w:sz w:val="20"/>
          <w:szCs w:val="20"/>
        </w:rPr>
      </w:pPr>
      <w:r w:rsidRPr="00223F45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</w:t>
      </w:r>
    </w:p>
    <w:p w14:paraId="50FDEC98" w14:textId="77777777" w:rsidR="00BF233C" w:rsidRDefault="00BF233C" w:rsidP="00BF233C">
      <w:pPr>
        <w:spacing w:after="0" w:line="360" w:lineRule="auto"/>
        <w:ind w:left="2160" w:firstLine="2093"/>
        <w:rPr>
          <w:rFonts w:ascii="Arial" w:hAnsi="Arial" w:cs="Arial"/>
        </w:rPr>
      </w:pPr>
      <w:bookmarkStart w:id="0" w:name="_Hlk244522791"/>
      <w:r w:rsidRPr="00F43525">
        <w:rPr>
          <w:rFonts w:ascii="Arial" w:hAnsi="Arial" w:cs="Arial"/>
        </w:rPr>
        <w:t>......................................................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86A6CCB" w14:textId="77777777" w:rsidR="00BF233C" w:rsidRPr="00F43525" w:rsidRDefault="00BF233C" w:rsidP="00BF233C">
      <w:pPr>
        <w:spacing w:after="0" w:line="360" w:lineRule="auto"/>
        <w:ind w:left="2160" w:firstLine="2943"/>
        <w:rPr>
          <w:rFonts w:ascii="Arial" w:hAnsi="Arial" w:cs="Arial"/>
        </w:rPr>
      </w:pPr>
      <w:r w:rsidRPr="0027452F">
        <w:rPr>
          <w:rFonts w:ascii="Arial" w:hAnsi="Arial" w:cs="Arial"/>
          <w:sz w:val="20"/>
          <w:szCs w:val="20"/>
        </w:rPr>
        <w:t>(</w:t>
      </w:r>
      <w:proofErr w:type="spellStart"/>
      <w:r w:rsidRPr="0027452F">
        <w:rPr>
          <w:rFonts w:ascii="Arial" w:hAnsi="Arial" w:cs="Arial"/>
          <w:sz w:val="20"/>
          <w:szCs w:val="20"/>
        </w:rPr>
        <w:t>miejscowość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i data)</w:t>
      </w:r>
    </w:p>
    <w:p w14:paraId="65DC7EF6" w14:textId="77777777" w:rsidR="00BF233C" w:rsidRPr="00F43525" w:rsidRDefault="00BF233C" w:rsidP="00BF233C">
      <w:pPr>
        <w:spacing w:line="360" w:lineRule="auto"/>
        <w:ind w:firstLine="4253"/>
        <w:rPr>
          <w:rFonts w:ascii="Arial" w:hAnsi="Arial" w:cs="Arial"/>
        </w:rPr>
      </w:pPr>
    </w:p>
    <w:p w14:paraId="56FF8DB0" w14:textId="77777777" w:rsidR="00BF233C" w:rsidRDefault="00BF233C" w:rsidP="00BF233C">
      <w:pPr>
        <w:spacing w:after="0" w:line="360" w:lineRule="auto"/>
        <w:ind w:firstLine="4253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</w:t>
      </w:r>
    </w:p>
    <w:p w14:paraId="24EB8F7A" w14:textId="77777777" w:rsidR="00BF233C" w:rsidRPr="0027452F" w:rsidRDefault="00BF233C" w:rsidP="00BF233C">
      <w:pPr>
        <w:spacing w:line="360" w:lineRule="auto"/>
        <w:ind w:left="787" w:firstLine="4253"/>
        <w:rPr>
          <w:rFonts w:ascii="Arial" w:hAnsi="Arial" w:cs="Arial"/>
          <w:sz w:val="20"/>
          <w:szCs w:val="20"/>
        </w:rPr>
      </w:pPr>
      <w:r w:rsidRPr="0027452F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c</w:t>
      </w:r>
      <w:r w:rsidRPr="0027452F">
        <w:rPr>
          <w:rFonts w:ascii="Arial" w:hAnsi="Arial" w:cs="Arial"/>
          <w:sz w:val="20"/>
          <w:szCs w:val="20"/>
        </w:rPr>
        <w:t xml:space="preserve">zytelny </w:t>
      </w:r>
      <w:proofErr w:type="spellStart"/>
      <w:r w:rsidRPr="0027452F">
        <w:rPr>
          <w:rFonts w:ascii="Arial" w:hAnsi="Arial" w:cs="Arial"/>
          <w:sz w:val="20"/>
          <w:szCs w:val="20"/>
        </w:rPr>
        <w:t>podpis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7452F">
        <w:rPr>
          <w:rFonts w:ascii="Arial" w:hAnsi="Arial" w:cs="Arial"/>
          <w:sz w:val="20"/>
          <w:szCs w:val="20"/>
        </w:rPr>
        <w:t>osoby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składającej </w:t>
      </w:r>
      <w:proofErr w:type="spellStart"/>
      <w:r w:rsidRPr="0027452F"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z w:val="20"/>
          <w:szCs w:val="20"/>
        </w:rPr>
        <w:t>k</w:t>
      </w:r>
      <w:r w:rsidRPr="0027452F">
        <w:rPr>
          <w:rFonts w:ascii="Arial" w:hAnsi="Arial" w:cs="Arial"/>
          <w:sz w:val="20"/>
          <w:szCs w:val="20"/>
        </w:rPr>
        <w:t>ument</w:t>
      </w:r>
      <w:proofErr w:type="spellEnd"/>
      <w:r w:rsidRPr="0027452F">
        <w:rPr>
          <w:rFonts w:ascii="Arial" w:hAnsi="Arial" w:cs="Arial"/>
          <w:sz w:val="20"/>
          <w:szCs w:val="20"/>
        </w:rPr>
        <w:t>)</w:t>
      </w:r>
      <w:bookmarkEnd w:id="0"/>
    </w:p>
    <w:p w14:paraId="0A1D10BC" w14:textId="04D8E502" w:rsidR="00962E53" w:rsidRPr="00614915" w:rsidRDefault="00962E53" w:rsidP="00614915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sectPr w:rsidR="00962E53" w:rsidRPr="00614915" w:rsidSect="00034616">
      <w:headerReference w:type="default" r:id="rId8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D3A2D" w14:textId="77777777" w:rsidR="00461115" w:rsidRDefault="0046111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C040032" w14:textId="77777777" w:rsidR="00461115" w:rsidRDefault="0046111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59E38" w14:textId="77777777" w:rsidR="00461115" w:rsidRDefault="0046111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0C8B89" w14:textId="77777777" w:rsidR="00461115" w:rsidRDefault="0046111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6DAE4" w14:textId="77777777" w:rsidR="0076089D" w:rsidRDefault="0076089D" w:rsidP="0076089D">
    <w:pPr>
      <w:spacing w:after="0"/>
      <w:jc w:val="center"/>
      <w:rPr>
        <w:rStyle w:val="Pogrubienie"/>
        <w:rFonts w:ascii="Helvetica" w:hAnsi="Helvetica" w:cs="Helvetica"/>
      </w:rPr>
    </w:pPr>
    <w:r>
      <w:rPr>
        <w:noProof/>
      </w:rPr>
      <w:drawing>
        <wp:inline distT="0" distB="0" distL="0" distR="0" wp14:anchorId="2734BBC4" wp14:editId="2D141550">
          <wp:extent cx="5760720" cy="793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C55D4B" w14:textId="43654933" w:rsidR="0076089D" w:rsidRPr="0076089D" w:rsidRDefault="0076089D" w:rsidP="0076089D">
    <w:pPr>
      <w:pBdr>
        <w:bottom w:val="single" w:sz="6" w:space="1" w:color="auto"/>
      </w:pBdr>
      <w:jc w:val="center"/>
      <w:rPr>
        <w:rFonts w:ascii="Helvetica" w:hAnsi="Helvetica" w:cs="Helvetica" w:hint="eastAsia"/>
        <w:b/>
        <w:bCs/>
      </w:rPr>
    </w:pPr>
    <w:bookmarkStart w:id="1" w:name="_Hlk243557185"/>
    <w:bookmarkStart w:id="2" w:name="_Hlk243557186"/>
    <w:proofErr w:type="spellStart"/>
    <w:r w:rsidRPr="00E80BCA">
      <w:rPr>
        <w:rFonts w:ascii="Helvetica" w:hAnsi="Helvetica" w:cs="Helvetica"/>
        <w:i/>
        <w:iCs/>
      </w:rPr>
      <w:t>Projekt</w:t>
    </w:r>
    <w:proofErr w:type="spellEnd"/>
    <w:r w:rsidRPr="00E80BCA">
      <w:rPr>
        <w:rFonts w:ascii="Helvetica" w:hAnsi="Helvetica" w:cs="Helvetica"/>
        <w:i/>
        <w:iCs/>
      </w:rPr>
      <w:t xml:space="preserve"> „</w:t>
    </w:r>
    <w:proofErr w:type="spellStart"/>
    <w:r w:rsidRPr="00137E2D">
      <w:rPr>
        <w:rFonts w:ascii="Helvetica" w:hAnsi="Helvetica" w:cs="Helvetica"/>
        <w:i/>
        <w:iCs/>
      </w:rPr>
      <w:t>Doskonałość</w:t>
    </w:r>
    <w:proofErr w:type="spellEnd"/>
    <w:r w:rsidRPr="00137E2D">
      <w:rPr>
        <w:rFonts w:ascii="Helvetica" w:hAnsi="Helvetica" w:cs="Helvetica"/>
        <w:i/>
        <w:iCs/>
      </w:rPr>
      <w:t xml:space="preserve"> </w:t>
    </w:r>
    <w:proofErr w:type="spellStart"/>
    <w:r w:rsidRPr="00137E2D">
      <w:rPr>
        <w:rFonts w:ascii="Helvetica" w:hAnsi="Helvetica" w:cs="Helvetica"/>
        <w:i/>
        <w:iCs/>
      </w:rPr>
      <w:t>Dydaktyczna</w:t>
    </w:r>
    <w:proofErr w:type="spellEnd"/>
    <w:r w:rsidRPr="00137E2D">
      <w:rPr>
        <w:rFonts w:ascii="Helvetica" w:hAnsi="Helvetica" w:cs="Helvetica"/>
        <w:i/>
        <w:iCs/>
      </w:rPr>
      <w:t xml:space="preserve"> </w:t>
    </w:r>
    <w:proofErr w:type="spellStart"/>
    <w:r w:rsidRPr="00137E2D">
      <w:rPr>
        <w:rFonts w:ascii="Helvetica" w:hAnsi="Helvetica" w:cs="Helvetica"/>
        <w:i/>
        <w:iCs/>
      </w:rPr>
      <w:t>na</w:t>
    </w:r>
    <w:proofErr w:type="spellEnd"/>
    <w:r w:rsidRPr="00137E2D">
      <w:rPr>
        <w:rFonts w:ascii="Helvetica" w:hAnsi="Helvetica" w:cs="Helvetica"/>
        <w:i/>
        <w:iCs/>
      </w:rPr>
      <w:t xml:space="preserve"> UKW</w:t>
    </w:r>
    <w:r w:rsidRPr="00E80BCA">
      <w:rPr>
        <w:rFonts w:ascii="Helvetica" w:hAnsi="Helvetica" w:cs="Helvetica"/>
        <w:i/>
        <w:iCs/>
      </w:rPr>
      <w:t>”</w:t>
    </w:r>
    <w:r w:rsidRPr="00E80BCA">
      <w:rPr>
        <w:rFonts w:ascii="Helvetica" w:hAnsi="Helvetica" w:cs="Helvetica"/>
      </w:rPr>
      <w:t xml:space="preserve"> </w:t>
    </w:r>
    <w:r w:rsidRPr="00E80BCA">
      <w:rPr>
        <w:rStyle w:val="Pogrubienie"/>
        <w:rFonts w:ascii="Helvetica" w:hAnsi="Helvetica" w:cs="Helvetica"/>
      </w:rPr>
      <w:t>–</w:t>
    </w:r>
    <w:r w:rsidRPr="00E80BCA">
      <w:rPr>
        <w:rFonts w:ascii="Helvetica" w:hAnsi="Helvetica" w:cs="Helvetica"/>
      </w:rPr>
      <w:t xml:space="preserve"> FERS.01.05-IP.08-0229/25-00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112B2D"/>
    <w:multiLevelType w:val="hybridMultilevel"/>
    <w:tmpl w:val="29D64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95CDB"/>
    <w:multiLevelType w:val="multilevel"/>
    <w:tmpl w:val="132AB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023EFA"/>
    <w:multiLevelType w:val="hybridMultilevel"/>
    <w:tmpl w:val="A44EF6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AA4604"/>
    <w:multiLevelType w:val="hybridMultilevel"/>
    <w:tmpl w:val="21E6D7A6"/>
    <w:lvl w:ilvl="0" w:tplc="3FBA2D66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C54A1"/>
    <w:multiLevelType w:val="hybridMultilevel"/>
    <w:tmpl w:val="CE76040E"/>
    <w:lvl w:ilvl="0" w:tplc="3FBA2D66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518CE"/>
    <w:multiLevelType w:val="hybridMultilevel"/>
    <w:tmpl w:val="B8CE6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5E1F8D"/>
    <w:multiLevelType w:val="hybridMultilevel"/>
    <w:tmpl w:val="4CEA2832"/>
    <w:lvl w:ilvl="0" w:tplc="3FBA2D66">
      <w:start w:val="1"/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4"/>
  </w:num>
  <w:num w:numId="13">
    <w:abstractNumId w:val="11"/>
  </w:num>
  <w:num w:numId="14">
    <w:abstractNumId w:val="15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1F7E"/>
    <w:rsid w:val="0029639D"/>
    <w:rsid w:val="002E3073"/>
    <w:rsid w:val="00326F90"/>
    <w:rsid w:val="00461115"/>
    <w:rsid w:val="00614915"/>
    <w:rsid w:val="0076089D"/>
    <w:rsid w:val="00962E53"/>
    <w:rsid w:val="00AA1D8D"/>
    <w:rsid w:val="00B47730"/>
    <w:rsid w:val="00BF233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FDAD89"/>
  <w14:defaultImageDpi w14:val="300"/>
  <w15:docId w15:val="{022CA47E-BA3D-4DE6-A263-B17E2A82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/>
    </w:pPr>
    <w:rPr>
      <w:rFonts w:ascii="Aptos" w:hAnsi="Aptos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1E2D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1E2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1E2D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semiHidden/>
    <w:unhideWhenUsed/>
    <w:rsid w:val="00BF233C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F2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1176</Words>
  <Characters>7059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Turowska</cp:lastModifiedBy>
  <cp:revision>2</cp:revision>
  <dcterms:created xsi:type="dcterms:W3CDTF">2026-11-02T15:16:00Z</dcterms:created>
  <dcterms:modified xsi:type="dcterms:W3CDTF">2026-11-02T15:16:00Z</dcterms:modified>
  <cp:category/>
</cp:coreProperties>
</file>