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80AAC" w14:textId="774B6B68" w:rsidR="001F25BF" w:rsidRPr="00626548" w:rsidRDefault="00B61840" w:rsidP="00626548">
      <w:pPr>
        <w:pStyle w:val="Tytu"/>
        <w:jc w:val="center"/>
        <w:rPr>
          <w:rFonts w:ascii="Arial" w:hAnsi="Arial" w:cs="Arial"/>
        </w:rPr>
      </w:pPr>
      <w:proofErr w:type="spellStart"/>
      <w:r w:rsidRPr="00626548">
        <w:rPr>
          <w:rFonts w:ascii="Arial" w:hAnsi="Arial" w:cs="Arial"/>
        </w:rPr>
        <w:t>Opinia</w:t>
      </w:r>
      <w:proofErr w:type="spellEnd"/>
      <w:r w:rsidRPr="00626548">
        <w:rPr>
          <w:rFonts w:ascii="Arial" w:hAnsi="Arial" w:cs="Arial"/>
        </w:rPr>
        <w:t xml:space="preserve"> </w:t>
      </w:r>
      <w:proofErr w:type="spellStart"/>
      <w:r w:rsidRPr="00626548">
        <w:rPr>
          <w:rFonts w:ascii="Arial" w:hAnsi="Arial" w:cs="Arial"/>
        </w:rPr>
        <w:t>Prodziekana</w:t>
      </w:r>
      <w:proofErr w:type="spellEnd"/>
      <w:r w:rsidRPr="00626548">
        <w:rPr>
          <w:rFonts w:ascii="Arial" w:hAnsi="Arial" w:cs="Arial"/>
        </w:rPr>
        <w:t xml:space="preserve"> </w:t>
      </w:r>
    </w:p>
    <w:p w14:paraId="5BF5F0F1" w14:textId="1EDB4F90" w:rsidR="001F25BF" w:rsidRPr="00F43525" w:rsidRDefault="001F25BF" w:rsidP="001F25BF">
      <w:pPr>
        <w:spacing w:line="360" w:lineRule="auto"/>
        <w:rPr>
          <w:rFonts w:ascii="Arial" w:hAnsi="Arial" w:cs="Arial"/>
        </w:rPr>
      </w:pPr>
      <w:proofErr w:type="spellStart"/>
      <w:r w:rsidRPr="00F43525">
        <w:rPr>
          <w:rFonts w:ascii="Arial" w:hAnsi="Arial" w:cs="Arial"/>
        </w:rPr>
        <w:t>Pierwszy</w:t>
      </w:r>
      <w:proofErr w:type="spellEnd"/>
      <w:r w:rsidRPr="00F43525">
        <w:rPr>
          <w:rFonts w:ascii="Arial" w:hAnsi="Arial" w:cs="Arial"/>
        </w:rPr>
        <w:t xml:space="preserve"> </w:t>
      </w:r>
      <w:proofErr w:type="spellStart"/>
      <w:r w:rsidRPr="00F43525">
        <w:rPr>
          <w:rFonts w:ascii="Arial" w:hAnsi="Arial" w:cs="Arial"/>
        </w:rPr>
        <w:t>nabór</w:t>
      </w:r>
      <w:proofErr w:type="spellEnd"/>
      <w:r w:rsidRPr="00F43525">
        <w:rPr>
          <w:rFonts w:ascii="Arial" w:hAnsi="Arial" w:cs="Arial"/>
        </w:rPr>
        <w:t xml:space="preserve"> - 2 </w:t>
      </w:r>
      <w:proofErr w:type="spellStart"/>
      <w:r w:rsidRPr="00F43525">
        <w:rPr>
          <w:rFonts w:ascii="Arial" w:hAnsi="Arial" w:cs="Arial"/>
        </w:rPr>
        <w:t>listopada</w:t>
      </w:r>
      <w:proofErr w:type="spellEnd"/>
      <w:r w:rsidRPr="00F43525">
        <w:rPr>
          <w:rFonts w:ascii="Arial" w:hAnsi="Arial" w:cs="Arial"/>
        </w:rPr>
        <w:t xml:space="preserve"> 2026 r</w:t>
      </w:r>
      <w:r>
        <w:rPr>
          <w:rFonts w:ascii="Arial" w:hAnsi="Arial" w:cs="Arial"/>
        </w:rPr>
        <w:t>.</w:t>
      </w:r>
    </w:p>
    <w:p w14:paraId="72FFF71F" w14:textId="79ED9A85" w:rsidR="009D12C0" w:rsidRPr="001F25BF" w:rsidRDefault="00B61840" w:rsidP="003478FF">
      <w:pPr>
        <w:spacing w:after="0" w:line="360" w:lineRule="auto"/>
        <w:rPr>
          <w:rFonts w:ascii="Arial" w:hAnsi="Arial" w:cs="Arial"/>
        </w:rPr>
      </w:pPr>
      <w:proofErr w:type="spellStart"/>
      <w:r w:rsidRPr="001F25BF">
        <w:rPr>
          <w:rFonts w:ascii="Arial" w:hAnsi="Arial" w:cs="Arial"/>
        </w:rPr>
        <w:t>Dokument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wspierający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ocenę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zasadności</w:t>
      </w:r>
      <w:proofErr w:type="spellEnd"/>
      <w:r w:rsidRPr="001F25BF">
        <w:rPr>
          <w:rFonts w:ascii="Arial" w:hAnsi="Arial" w:cs="Arial"/>
        </w:rPr>
        <w:t xml:space="preserve"> udziału w personalizowanej ścieżce </w:t>
      </w:r>
      <w:r w:rsidRPr="001F25BF">
        <w:rPr>
          <w:rFonts w:ascii="Arial" w:hAnsi="Arial" w:cs="Arial"/>
        </w:rPr>
        <w:t xml:space="preserve">kształcenia. </w:t>
      </w:r>
      <w:proofErr w:type="spellStart"/>
      <w:r w:rsidR="003478FF">
        <w:rPr>
          <w:rFonts w:ascii="Arial" w:hAnsi="Arial" w:cs="Arial"/>
        </w:rPr>
        <w:t>Wszystkie</w:t>
      </w:r>
      <w:proofErr w:type="spellEnd"/>
      <w:r w:rsidR="003478FF">
        <w:rPr>
          <w:rFonts w:ascii="Arial" w:hAnsi="Arial" w:cs="Arial"/>
        </w:rPr>
        <w:t xml:space="preserve"> </w:t>
      </w:r>
      <w:proofErr w:type="spellStart"/>
      <w:r w:rsidR="003478FF">
        <w:rPr>
          <w:rFonts w:ascii="Arial" w:hAnsi="Arial" w:cs="Arial"/>
        </w:rPr>
        <w:t>pola</w:t>
      </w:r>
      <w:proofErr w:type="spellEnd"/>
      <w:r w:rsidR="003478FF">
        <w:rPr>
          <w:rFonts w:ascii="Arial" w:hAnsi="Arial" w:cs="Arial"/>
        </w:rPr>
        <w:t xml:space="preserve"> </w:t>
      </w:r>
      <w:proofErr w:type="spellStart"/>
      <w:r w:rsidR="003478FF">
        <w:rPr>
          <w:rFonts w:ascii="Arial" w:hAnsi="Arial" w:cs="Arial"/>
        </w:rPr>
        <w:t>są</w:t>
      </w:r>
      <w:proofErr w:type="spellEnd"/>
      <w:r w:rsidR="003478FF">
        <w:rPr>
          <w:rFonts w:ascii="Arial" w:hAnsi="Arial" w:cs="Arial"/>
        </w:rPr>
        <w:t xml:space="preserve"> </w:t>
      </w:r>
      <w:proofErr w:type="spellStart"/>
      <w:r w:rsidR="003478FF">
        <w:rPr>
          <w:rFonts w:ascii="Arial" w:hAnsi="Arial" w:cs="Arial"/>
        </w:rPr>
        <w:t>obowiązkowe</w:t>
      </w:r>
      <w:proofErr w:type="spellEnd"/>
      <w:r w:rsidR="003478FF">
        <w:rPr>
          <w:rFonts w:ascii="Arial" w:hAnsi="Arial" w:cs="Arial"/>
        </w:rPr>
        <w:t xml:space="preserve">. </w:t>
      </w:r>
      <w:proofErr w:type="spellStart"/>
      <w:r w:rsidRPr="001F25BF">
        <w:rPr>
          <w:rFonts w:ascii="Arial" w:hAnsi="Arial" w:cs="Arial"/>
        </w:rPr>
        <w:t>Opinia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nie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zastępuje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oceny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Komisji</w:t>
      </w:r>
      <w:proofErr w:type="spellEnd"/>
      <w:r w:rsidRPr="001F25BF">
        <w:rPr>
          <w:rFonts w:ascii="Arial" w:hAnsi="Arial" w:cs="Arial"/>
        </w:rPr>
        <w:t xml:space="preserve"> ds. Personalizacji Kształcenia.</w:t>
      </w:r>
    </w:p>
    <w:p w14:paraId="60B84C15" w14:textId="77777777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r w:rsidRPr="001F25BF">
        <w:rPr>
          <w:rFonts w:ascii="Arial" w:hAnsi="Arial" w:cs="Arial"/>
          <w:b/>
        </w:rPr>
        <w:t>Imię i nazwisko osoby ubiegającej się o udział</w:t>
      </w:r>
    </w:p>
    <w:p w14:paraId="194BAA28" w14:textId="77777777" w:rsidR="009D12C0" w:rsidRPr="001F25BF" w:rsidRDefault="00B61840" w:rsidP="001F25BF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</w:t>
      </w:r>
    </w:p>
    <w:p w14:paraId="06CB82EC" w14:textId="31FDDFC3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proofErr w:type="spellStart"/>
      <w:r w:rsidRPr="001F25BF">
        <w:rPr>
          <w:rFonts w:ascii="Arial" w:hAnsi="Arial" w:cs="Arial"/>
          <w:b/>
        </w:rPr>
        <w:t>Wydział</w:t>
      </w:r>
      <w:proofErr w:type="spellEnd"/>
    </w:p>
    <w:p w14:paraId="486A48AA" w14:textId="77777777" w:rsidR="009D12C0" w:rsidRPr="001F25BF" w:rsidRDefault="00B61840" w:rsidP="001F25BF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</w:t>
      </w:r>
      <w:r w:rsidRPr="001F25BF">
        <w:rPr>
          <w:rFonts w:ascii="Arial" w:hAnsi="Arial" w:cs="Arial"/>
        </w:rPr>
        <w:t>....................................................................................................</w:t>
      </w:r>
    </w:p>
    <w:p w14:paraId="30726CB0" w14:textId="77777777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r w:rsidRPr="001F25BF">
        <w:rPr>
          <w:rFonts w:ascii="Arial" w:hAnsi="Arial" w:cs="Arial"/>
          <w:b/>
        </w:rPr>
        <w:t>Nazwa proponowanego szkolenia</w:t>
      </w:r>
    </w:p>
    <w:p w14:paraId="30C067FE" w14:textId="77777777" w:rsidR="009D12C0" w:rsidRPr="001F25BF" w:rsidRDefault="00B61840" w:rsidP="001F25BF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</w:t>
      </w:r>
    </w:p>
    <w:p w14:paraId="2E1E5B2E" w14:textId="050442C5" w:rsidR="009D12C0" w:rsidRPr="001F25BF" w:rsidRDefault="00B61840" w:rsidP="001F25BF">
      <w:pPr>
        <w:pStyle w:val="Nagwek1"/>
        <w:numPr>
          <w:ilvl w:val="0"/>
          <w:numId w:val="10"/>
        </w:numPr>
        <w:spacing w:before="0" w:line="360" w:lineRule="auto"/>
        <w:rPr>
          <w:rFonts w:ascii="Arial" w:hAnsi="Arial" w:cs="Arial"/>
        </w:rPr>
      </w:pPr>
      <w:proofErr w:type="spellStart"/>
      <w:r w:rsidRPr="001F25BF">
        <w:rPr>
          <w:rFonts w:ascii="Arial" w:hAnsi="Arial" w:cs="Arial"/>
        </w:rPr>
        <w:t>Obciążenie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dydaktyczne</w:t>
      </w:r>
      <w:proofErr w:type="spellEnd"/>
    </w:p>
    <w:p w14:paraId="5D9CBB44" w14:textId="77777777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Wymiar pensum dydaktycznego w roku akademickim 2026/2027 (godz.)</w:t>
      </w:r>
    </w:p>
    <w:p w14:paraId="60C90B73" w14:textId="77777777" w:rsidR="009D12C0" w:rsidRPr="001F25BF" w:rsidRDefault="00B61840" w:rsidP="001F25BF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</w:t>
      </w:r>
      <w:r w:rsidRPr="001F25BF">
        <w:rPr>
          <w:rFonts w:ascii="Arial" w:hAnsi="Arial" w:cs="Arial"/>
        </w:rPr>
        <w:t>....................................................</w:t>
      </w:r>
    </w:p>
    <w:p w14:paraId="02DE93C8" w14:textId="77777777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proofErr w:type="spellStart"/>
      <w:r w:rsidRPr="001F25BF">
        <w:rPr>
          <w:rFonts w:ascii="Arial" w:hAnsi="Arial" w:cs="Arial"/>
        </w:rPr>
        <w:t>Czy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występuje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niedopensowanie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dydaktyczne</w:t>
      </w:r>
      <w:proofErr w:type="spellEnd"/>
      <w:r w:rsidRPr="001F25BF">
        <w:rPr>
          <w:rFonts w:ascii="Arial" w:hAnsi="Arial" w:cs="Arial"/>
        </w:rPr>
        <w:t xml:space="preserve">?     </w:t>
      </w: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Tak     </w:t>
      </w: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Nie</w:t>
      </w:r>
    </w:p>
    <w:p w14:paraId="2FD8075F" w14:textId="77777777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Wymiar niedopensowania (w godzinach, jeżeli dotyczy)</w:t>
      </w:r>
    </w:p>
    <w:p w14:paraId="0D9F8555" w14:textId="77777777" w:rsidR="009D12C0" w:rsidRPr="001F25BF" w:rsidRDefault="00B61840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</w:t>
      </w:r>
    </w:p>
    <w:p w14:paraId="3BCAD2BD" w14:textId="52E0F60C" w:rsidR="009D12C0" w:rsidRPr="00626548" w:rsidRDefault="00B61840" w:rsidP="001F25BF">
      <w:pPr>
        <w:spacing w:after="100" w:line="360" w:lineRule="auto"/>
        <w:rPr>
          <w:rFonts w:ascii="Arial" w:hAnsi="Arial" w:cs="Arial"/>
          <w:bCs/>
        </w:rPr>
      </w:pPr>
      <w:r w:rsidRPr="00626548">
        <w:rPr>
          <w:rFonts w:ascii="Arial" w:hAnsi="Arial" w:cs="Arial"/>
          <w:bCs/>
        </w:rPr>
        <w:t xml:space="preserve">Wyjaśnienie niedopensowania </w:t>
      </w:r>
    </w:p>
    <w:p w14:paraId="22B35A67" w14:textId="77777777" w:rsidR="001F25BF" w:rsidRPr="001F25BF" w:rsidRDefault="001F25BF" w:rsidP="001F25BF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559FDB43" w14:textId="77777777" w:rsidR="001F25BF" w:rsidRPr="001F25BF" w:rsidRDefault="001F25BF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075BC97F" w14:textId="613784DD" w:rsidR="009D12C0" w:rsidRPr="001F25BF" w:rsidRDefault="00B61840" w:rsidP="001F25BF">
      <w:pPr>
        <w:pStyle w:val="Nagwek1"/>
        <w:spacing w:before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 xml:space="preserve">2. </w:t>
      </w:r>
      <w:proofErr w:type="spellStart"/>
      <w:r w:rsidRPr="001F25BF">
        <w:rPr>
          <w:rFonts w:ascii="Arial" w:hAnsi="Arial" w:cs="Arial"/>
        </w:rPr>
        <w:t>Ocena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zasadności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szkolenia</w:t>
      </w:r>
      <w:proofErr w:type="spellEnd"/>
    </w:p>
    <w:p w14:paraId="674DD48B" w14:textId="1D676841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r w:rsidRPr="001F25BF">
        <w:rPr>
          <w:rFonts w:ascii="Arial" w:hAnsi="Arial" w:cs="Arial"/>
          <w:b/>
        </w:rPr>
        <w:t xml:space="preserve">Czy tematyka szkolenia odpowiada potrzebom dydaktycznym jednostki? </w:t>
      </w:r>
    </w:p>
    <w:p w14:paraId="2E1CA18D" w14:textId="77777777" w:rsidR="00860402" w:rsidRDefault="00860402" w:rsidP="001F25BF">
      <w:pPr>
        <w:spacing w:after="100" w:line="360" w:lineRule="auto"/>
        <w:rPr>
          <w:rFonts w:ascii="Arial" w:hAnsi="Arial" w:cs="Arial"/>
          <w:b/>
        </w:rPr>
      </w:pP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Tak</w:t>
      </w:r>
      <w:proofErr w:type="spellEnd"/>
      <w:r w:rsidRPr="001F25BF">
        <w:rPr>
          <w:rFonts w:ascii="Arial" w:hAnsi="Arial" w:cs="Arial"/>
        </w:rPr>
        <w:t xml:space="preserve">     </w:t>
      </w: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Nie</w:t>
      </w:r>
      <w:proofErr w:type="spellEnd"/>
      <w:r w:rsidRPr="001F25BF">
        <w:rPr>
          <w:rFonts w:ascii="Arial" w:hAnsi="Arial" w:cs="Arial"/>
          <w:b/>
        </w:rPr>
        <w:t xml:space="preserve"> </w:t>
      </w:r>
    </w:p>
    <w:p w14:paraId="4A912563" w14:textId="71B04D39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proofErr w:type="spellStart"/>
      <w:r w:rsidRPr="001F25BF">
        <w:rPr>
          <w:rFonts w:ascii="Arial" w:hAnsi="Arial" w:cs="Arial"/>
          <w:b/>
        </w:rPr>
        <w:t>Czy</w:t>
      </w:r>
      <w:proofErr w:type="spellEnd"/>
      <w:r w:rsidRPr="001F25BF">
        <w:rPr>
          <w:rFonts w:ascii="Arial" w:hAnsi="Arial" w:cs="Arial"/>
          <w:b/>
        </w:rPr>
        <w:t xml:space="preserve"> </w:t>
      </w:r>
      <w:proofErr w:type="spellStart"/>
      <w:r w:rsidRPr="001F25BF">
        <w:rPr>
          <w:rFonts w:ascii="Arial" w:hAnsi="Arial" w:cs="Arial"/>
          <w:b/>
        </w:rPr>
        <w:t>istnieją</w:t>
      </w:r>
      <w:proofErr w:type="spellEnd"/>
      <w:r w:rsidRPr="001F25BF">
        <w:rPr>
          <w:rFonts w:ascii="Arial" w:hAnsi="Arial" w:cs="Arial"/>
          <w:b/>
        </w:rPr>
        <w:t xml:space="preserve"> </w:t>
      </w:r>
      <w:proofErr w:type="spellStart"/>
      <w:r w:rsidRPr="001F25BF">
        <w:rPr>
          <w:rFonts w:ascii="Arial" w:hAnsi="Arial" w:cs="Arial"/>
          <w:b/>
        </w:rPr>
        <w:t>realne</w:t>
      </w:r>
      <w:proofErr w:type="spellEnd"/>
      <w:r w:rsidRPr="001F25BF">
        <w:rPr>
          <w:rFonts w:ascii="Arial" w:hAnsi="Arial" w:cs="Arial"/>
          <w:b/>
        </w:rPr>
        <w:t xml:space="preserve"> </w:t>
      </w:r>
      <w:proofErr w:type="spellStart"/>
      <w:r w:rsidRPr="001F25BF">
        <w:rPr>
          <w:rFonts w:ascii="Arial" w:hAnsi="Arial" w:cs="Arial"/>
          <w:b/>
        </w:rPr>
        <w:t>waru</w:t>
      </w:r>
      <w:r w:rsidRPr="001F25BF">
        <w:rPr>
          <w:rFonts w:ascii="Arial" w:hAnsi="Arial" w:cs="Arial"/>
          <w:b/>
        </w:rPr>
        <w:t>nki</w:t>
      </w:r>
      <w:proofErr w:type="spellEnd"/>
      <w:r w:rsidRPr="001F25BF">
        <w:rPr>
          <w:rFonts w:ascii="Arial" w:hAnsi="Arial" w:cs="Arial"/>
          <w:b/>
        </w:rPr>
        <w:t xml:space="preserve"> do zastosowania kompetencji po </w:t>
      </w:r>
      <w:proofErr w:type="spellStart"/>
      <w:r w:rsidRPr="001F25BF">
        <w:rPr>
          <w:rFonts w:ascii="Arial" w:hAnsi="Arial" w:cs="Arial"/>
          <w:b/>
        </w:rPr>
        <w:t>szkoleniu</w:t>
      </w:r>
      <w:proofErr w:type="spellEnd"/>
      <w:r w:rsidRPr="001F25BF">
        <w:rPr>
          <w:rFonts w:ascii="Arial" w:hAnsi="Arial" w:cs="Arial"/>
          <w:b/>
        </w:rPr>
        <w:t xml:space="preserve"> </w:t>
      </w:r>
    </w:p>
    <w:p w14:paraId="0226A1F1" w14:textId="77777777" w:rsidR="00860402" w:rsidRDefault="00860402" w:rsidP="00860402">
      <w:pPr>
        <w:spacing w:after="100" w:line="360" w:lineRule="auto"/>
        <w:rPr>
          <w:rFonts w:ascii="Arial" w:hAnsi="Arial" w:cs="Arial"/>
          <w:b/>
        </w:rPr>
      </w:pP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Tak</w:t>
      </w:r>
      <w:proofErr w:type="spellEnd"/>
      <w:r w:rsidRPr="001F25BF">
        <w:rPr>
          <w:rFonts w:ascii="Arial" w:hAnsi="Arial" w:cs="Arial"/>
        </w:rPr>
        <w:t xml:space="preserve">     </w:t>
      </w: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Nie</w:t>
      </w:r>
      <w:proofErr w:type="spellEnd"/>
      <w:r w:rsidRPr="001F25BF">
        <w:rPr>
          <w:rFonts w:ascii="Arial" w:hAnsi="Arial" w:cs="Arial"/>
          <w:b/>
        </w:rPr>
        <w:t xml:space="preserve"> </w:t>
      </w:r>
    </w:p>
    <w:p w14:paraId="5FD2B67F" w14:textId="522C0933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proofErr w:type="spellStart"/>
      <w:r w:rsidRPr="001F25BF">
        <w:rPr>
          <w:rFonts w:ascii="Arial" w:hAnsi="Arial" w:cs="Arial"/>
        </w:rPr>
        <w:lastRenderedPageBreak/>
        <w:t>Jakie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korzyści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dla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jednostki</w:t>
      </w:r>
      <w:proofErr w:type="spellEnd"/>
      <w:r w:rsidRPr="001F25BF">
        <w:rPr>
          <w:rFonts w:ascii="Arial" w:hAnsi="Arial" w:cs="Arial"/>
        </w:rPr>
        <w:t xml:space="preserve"> i jakości kształcenia wynikają z udziału kandydata w proponowanym szkoleniu? </w:t>
      </w:r>
    </w:p>
    <w:p w14:paraId="63031AE0" w14:textId="77777777" w:rsidR="001F25BF" w:rsidRPr="001F25BF" w:rsidRDefault="001F25BF" w:rsidP="001F25BF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45158BF2" w14:textId="219BE0FE" w:rsidR="00F678FB" w:rsidRPr="001F25BF" w:rsidRDefault="001F25BF" w:rsidP="00F678FB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  <w:r w:rsidR="00F678FB" w:rsidRPr="00F678FB">
        <w:rPr>
          <w:rFonts w:ascii="Arial" w:hAnsi="Arial" w:cs="Arial"/>
        </w:rPr>
        <w:t xml:space="preserve"> </w:t>
      </w:r>
      <w:r w:rsidR="00F678FB"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74133DF9" w14:textId="77777777" w:rsidR="00F678FB" w:rsidRPr="001F25BF" w:rsidRDefault="00F678FB" w:rsidP="00F678FB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0B350AC5" w14:textId="691EF636" w:rsidR="009D12C0" w:rsidRPr="001F25BF" w:rsidRDefault="00B61840" w:rsidP="00626548">
      <w:pPr>
        <w:pStyle w:val="Nagwek1"/>
        <w:spacing w:before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 xml:space="preserve">3. </w:t>
      </w:r>
      <w:proofErr w:type="spellStart"/>
      <w:r w:rsidRPr="001F25BF">
        <w:rPr>
          <w:rFonts w:ascii="Arial" w:hAnsi="Arial" w:cs="Arial"/>
        </w:rPr>
        <w:t>Opinia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Prodziekana</w:t>
      </w:r>
      <w:proofErr w:type="spellEnd"/>
    </w:p>
    <w:p w14:paraId="0CEAD115" w14:textId="77777777" w:rsidR="009D12C0" w:rsidRPr="001F25BF" w:rsidRDefault="00B61840" w:rsidP="001F25BF">
      <w:pPr>
        <w:spacing w:after="100" w:line="360" w:lineRule="auto"/>
        <w:rPr>
          <w:rFonts w:ascii="Arial" w:hAnsi="Arial" w:cs="Arial"/>
        </w:rPr>
      </w:pPr>
      <w:r w:rsidRPr="001F25BF">
        <w:rPr>
          <w:rFonts w:ascii="Arial" w:hAnsi="Arial" w:cs="Arial"/>
          <w:b/>
        </w:rPr>
        <w:t>Treść opinii i ewentualne dodatkowe informacje istotne dla Komisji</w:t>
      </w:r>
    </w:p>
    <w:p w14:paraId="03F349D4" w14:textId="77777777" w:rsidR="001F25BF" w:rsidRPr="001F25BF" w:rsidRDefault="001F25BF" w:rsidP="001F25BF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290AE3B" w14:textId="6E61B037" w:rsidR="00626548" w:rsidRPr="001F25BF" w:rsidRDefault="001F25BF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  <w:r w:rsidR="00626548" w:rsidRPr="00626548">
        <w:rPr>
          <w:rFonts w:ascii="Arial" w:hAnsi="Arial" w:cs="Arial"/>
        </w:rPr>
        <w:t xml:space="preserve"> </w:t>
      </w:r>
      <w:r w:rsidR="00626548"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34B21588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EF0DD72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696C2C7D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75F39B96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1DA4C414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5502ED09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6C4C4DD4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4652BCDF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6F247E6A" w14:textId="77777777" w:rsidR="00626548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2763FE18" w14:textId="757778EF" w:rsidR="001F25BF" w:rsidRPr="001F25BF" w:rsidRDefault="00626548" w:rsidP="00626548">
      <w:pPr>
        <w:spacing w:after="0" w:line="360" w:lineRule="auto"/>
        <w:rPr>
          <w:rFonts w:ascii="Arial" w:hAnsi="Arial" w:cs="Arial"/>
        </w:rPr>
      </w:pPr>
      <w:r w:rsidRPr="001F25BF">
        <w:rPr>
          <w:rFonts w:ascii="Arial" w:hAnsi="Arial" w:cs="Arial"/>
        </w:rPr>
        <w:t>................................................................................................................................................</w:t>
      </w:r>
    </w:p>
    <w:p w14:paraId="6F962B6E" w14:textId="23173DF6" w:rsidR="00626548" w:rsidRPr="00626548" w:rsidRDefault="00B61840" w:rsidP="00626548">
      <w:pPr>
        <w:spacing w:line="360" w:lineRule="auto"/>
        <w:rPr>
          <w:rFonts w:ascii="Arial" w:hAnsi="Arial" w:cs="Arial"/>
        </w:rPr>
      </w:pPr>
      <w:proofErr w:type="spellStart"/>
      <w:r w:rsidRPr="001F25BF">
        <w:rPr>
          <w:rFonts w:ascii="Arial" w:hAnsi="Arial" w:cs="Arial"/>
        </w:rPr>
        <w:t>Stanowisko</w:t>
      </w:r>
      <w:proofErr w:type="spellEnd"/>
      <w:r w:rsidRPr="001F25BF">
        <w:rPr>
          <w:rFonts w:ascii="Arial" w:hAnsi="Arial" w:cs="Arial"/>
        </w:rPr>
        <w:t xml:space="preserve">:  </w:t>
      </w: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Opinia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pozytywna</w:t>
      </w:r>
      <w:proofErr w:type="spellEnd"/>
      <w:r w:rsidRPr="001F25BF">
        <w:rPr>
          <w:rFonts w:ascii="Arial" w:hAnsi="Arial" w:cs="Arial"/>
        </w:rPr>
        <w:t xml:space="preserve">     </w:t>
      </w: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Opinia </w:t>
      </w:r>
      <w:proofErr w:type="spellStart"/>
      <w:r w:rsidRPr="001F25BF">
        <w:rPr>
          <w:rFonts w:ascii="Arial" w:hAnsi="Arial" w:cs="Arial"/>
        </w:rPr>
        <w:t>negatywna</w:t>
      </w:r>
      <w:proofErr w:type="spellEnd"/>
      <w:r w:rsidRPr="001F25BF">
        <w:rPr>
          <w:rFonts w:ascii="Arial" w:hAnsi="Arial" w:cs="Arial"/>
        </w:rPr>
        <w:t xml:space="preserve">     </w:t>
      </w:r>
      <w:r w:rsidRPr="001F25BF">
        <w:rPr>
          <w:rFonts w:ascii="Segoe UI Symbol" w:hAnsi="Segoe UI Symbol" w:cs="Segoe UI Symbol"/>
        </w:rPr>
        <w:t>☐</w:t>
      </w:r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Opinia</w:t>
      </w:r>
      <w:proofErr w:type="spellEnd"/>
      <w:r w:rsidRPr="001F25BF">
        <w:rPr>
          <w:rFonts w:ascii="Arial" w:hAnsi="Arial" w:cs="Arial"/>
        </w:rPr>
        <w:t xml:space="preserve"> </w:t>
      </w:r>
      <w:proofErr w:type="spellStart"/>
      <w:r w:rsidRPr="001F25BF">
        <w:rPr>
          <w:rFonts w:ascii="Arial" w:hAnsi="Arial" w:cs="Arial"/>
        </w:rPr>
        <w:t>warunkowa</w:t>
      </w:r>
      <w:proofErr w:type="spellEnd"/>
    </w:p>
    <w:p w14:paraId="5482C02C" w14:textId="77777777" w:rsidR="00626548" w:rsidRDefault="00626548" w:rsidP="00626548">
      <w:pPr>
        <w:spacing w:after="0" w:line="360" w:lineRule="auto"/>
        <w:ind w:left="2160" w:firstLine="2093"/>
        <w:rPr>
          <w:rFonts w:ascii="Arial" w:hAnsi="Arial" w:cs="Arial"/>
        </w:rPr>
      </w:pPr>
      <w:bookmarkStart w:id="0" w:name="_Hlk244522791"/>
      <w:r w:rsidRPr="00F43525">
        <w:rPr>
          <w:rFonts w:ascii="Arial" w:hAnsi="Arial" w:cs="Arial"/>
        </w:rPr>
        <w:t>......................................................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7132EFA" w14:textId="77777777" w:rsidR="00626548" w:rsidRPr="00F43525" w:rsidRDefault="00626548" w:rsidP="00626548">
      <w:pPr>
        <w:spacing w:after="0" w:line="360" w:lineRule="auto"/>
        <w:ind w:left="2160" w:firstLine="2943"/>
        <w:rPr>
          <w:rFonts w:ascii="Arial" w:hAnsi="Arial" w:cs="Arial"/>
        </w:rPr>
      </w:pPr>
      <w:r w:rsidRPr="0027452F">
        <w:rPr>
          <w:rFonts w:ascii="Arial" w:hAnsi="Arial" w:cs="Arial"/>
          <w:sz w:val="20"/>
          <w:szCs w:val="20"/>
        </w:rPr>
        <w:t>(</w:t>
      </w:r>
      <w:proofErr w:type="spellStart"/>
      <w:r w:rsidRPr="0027452F">
        <w:rPr>
          <w:rFonts w:ascii="Arial" w:hAnsi="Arial" w:cs="Arial"/>
          <w:sz w:val="20"/>
          <w:szCs w:val="20"/>
        </w:rPr>
        <w:t>miejscowość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i data)</w:t>
      </w:r>
    </w:p>
    <w:p w14:paraId="75FE023C" w14:textId="77777777" w:rsidR="00626548" w:rsidRPr="00F43525" w:rsidRDefault="00626548" w:rsidP="00F678FB">
      <w:pPr>
        <w:spacing w:line="360" w:lineRule="auto"/>
        <w:rPr>
          <w:rFonts w:ascii="Arial" w:hAnsi="Arial" w:cs="Arial"/>
        </w:rPr>
      </w:pPr>
    </w:p>
    <w:p w14:paraId="2CA8BAB3" w14:textId="77777777" w:rsidR="00626548" w:rsidRDefault="00626548" w:rsidP="00626548">
      <w:pPr>
        <w:spacing w:after="0" w:line="360" w:lineRule="auto"/>
        <w:ind w:firstLine="4253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</w:t>
      </w:r>
    </w:p>
    <w:p w14:paraId="622F38FC" w14:textId="323C2C2C" w:rsidR="00626548" w:rsidRDefault="00626548" w:rsidP="00626548">
      <w:pPr>
        <w:spacing w:after="0" w:line="360" w:lineRule="auto"/>
        <w:ind w:left="787" w:firstLine="4253"/>
        <w:rPr>
          <w:rFonts w:ascii="Arial" w:hAnsi="Arial" w:cs="Arial"/>
          <w:sz w:val="20"/>
          <w:szCs w:val="20"/>
        </w:rPr>
      </w:pPr>
      <w:r w:rsidRPr="0027452F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c</w:t>
      </w:r>
      <w:r w:rsidRPr="0027452F">
        <w:rPr>
          <w:rFonts w:ascii="Arial" w:hAnsi="Arial" w:cs="Arial"/>
          <w:sz w:val="20"/>
          <w:szCs w:val="20"/>
        </w:rPr>
        <w:t xml:space="preserve">zytelny </w:t>
      </w:r>
      <w:proofErr w:type="spellStart"/>
      <w:r w:rsidRPr="0027452F">
        <w:rPr>
          <w:rFonts w:ascii="Arial" w:hAnsi="Arial" w:cs="Arial"/>
          <w:sz w:val="20"/>
          <w:szCs w:val="20"/>
        </w:rPr>
        <w:t>podpis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Prodziekana</w:t>
      </w:r>
      <w:proofErr w:type="spellEnd"/>
      <w:r>
        <w:rPr>
          <w:rFonts w:ascii="Arial" w:hAnsi="Arial" w:cs="Arial"/>
          <w:sz w:val="20"/>
          <w:szCs w:val="20"/>
        </w:rPr>
        <w:t xml:space="preserve"> ds. </w:t>
      </w:r>
      <w:proofErr w:type="spellStart"/>
      <w:r>
        <w:rPr>
          <w:rFonts w:ascii="Arial" w:hAnsi="Arial" w:cs="Arial"/>
          <w:sz w:val="20"/>
          <w:szCs w:val="20"/>
        </w:rPr>
        <w:t>Dydaktycznych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14:paraId="2AC544F6" w14:textId="053BAF26" w:rsidR="009D12C0" w:rsidRPr="00626548" w:rsidRDefault="00626548" w:rsidP="00626548">
      <w:pPr>
        <w:spacing w:line="360" w:lineRule="auto"/>
        <w:ind w:left="787" w:firstLine="4253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lub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Dziekana</w:t>
      </w:r>
      <w:proofErr w:type="spellEnd"/>
      <w:r>
        <w:rPr>
          <w:rFonts w:ascii="Arial" w:hAnsi="Arial" w:cs="Arial"/>
          <w:sz w:val="20"/>
          <w:szCs w:val="20"/>
        </w:rPr>
        <w:t xml:space="preserve"> – </w:t>
      </w:r>
      <w:proofErr w:type="spellStart"/>
      <w:r>
        <w:rPr>
          <w:rFonts w:ascii="Arial" w:hAnsi="Arial" w:cs="Arial"/>
          <w:sz w:val="20"/>
          <w:szCs w:val="20"/>
        </w:rPr>
        <w:t>zgodnie</w:t>
      </w:r>
      <w:proofErr w:type="spellEnd"/>
      <w:r>
        <w:rPr>
          <w:rFonts w:ascii="Arial" w:hAnsi="Arial" w:cs="Arial"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sz w:val="20"/>
          <w:szCs w:val="20"/>
        </w:rPr>
        <w:t>regulaminem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rekrutacji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bookmarkEnd w:id="0"/>
    </w:p>
    <w:sectPr w:rsidR="009D12C0" w:rsidRPr="00626548" w:rsidSect="00034616">
      <w:head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C47EB" w14:textId="77777777" w:rsidR="00B61840" w:rsidRDefault="00B6184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2232B4" w14:textId="77777777" w:rsidR="00B61840" w:rsidRDefault="00B6184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DD7BD" w14:textId="77777777" w:rsidR="00B61840" w:rsidRDefault="00B6184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09B2FA4" w14:textId="77777777" w:rsidR="00B61840" w:rsidRDefault="00B6184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CDC8" w14:textId="77777777" w:rsidR="001F25BF" w:rsidRDefault="001F25BF" w:rsidP="001F25BF">
    <w:pPr>
      <w:spacing w:after="0"/>
      <w:jc w:val="center"/>
      <w:rPr>
        <w:rStyle w:val="Pogrubienie"/>
        <w:rFonts w:ascii="Helvetica" w:hAnsi="Helvetica" w:cs="Helvetica"/>
      </w:rPr>
    </w:pPr>
    <w:r>
      <w:rPr>
        <w:noProof/>
      </w:rPr>
      <w:drawing>
        <wp:inline distT="0" distB="0" distL="0" distR="0" wp14:anchorId="283F88A9" wp14:editId="286A8B0C">
          <wp:extent cx="5760720" cy="793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D87552" w14:textId="74C26A31" w:rsidR="001F25BF" w:rsidRPr="001F25BF" w:rsidRDefault="001F25BF" w:rsidP="001F25BF">
    <w:pPr>
      <w:pBdr>
        <w:bottom w:val="single" w:sz="6" w:space="1" w:color="auto"/>
      </w:pBdr>
      <w:jc w:val="center"/>
      <w:rPr>
        <w:rFonts w:ascii="Helvetica" w:hAnsi="Helvetica" w:cs="Helvetica" w:hint="eastAsia"/>
        <w:b/>
        <w:bCs/>
      </w:rPr>
    </w:pPr>
    <w:bookmarkStart w:id="1" w:name="_Hlk243557185"/>
    <w:bookmarkStart w:id="2" w:name="_Hlk243557186"/>
    <w:proofErr w:type="spellStart"/>
    <w:r w:rsidRPr="00E80BCA">
      <w:rPr>
        <w:rFonts w:ascii="Helvetica" w:hAnsi="Helvetica" w:cs="Helvetica"/>
        <w:i/>
        <w:iCs/>
      </w:rPr>
      <w:t>Projekt</w:t>
    </w:r>
    <w:proofErr w:type="spellEnd"/>
    <w:r w:rsidRPr="00E80BCA">
      <w:rPr>
        <w:rFonts w:ascii="Helvetica" w:hAnsi="Helvetica" w:cs="Helvetica"/>
        <w:i/>
        <w:iCs/>
      </w:rPr>
      <w:t xml:space="preserve"> „</w:t>
    </w:r>
    <w:proofErr w:type="spellStart"/>
    <w:r w:rsidRPr="00137E2D">
      <w:rPr>
        <w:rFonts w:ascii="Helvetica" w:hAnsi="Helvetica" w:cs="Helvetica"/>
        <w:i/>
        <w:iCs/>
      </w:rPr>
      <w:t>Doskonałość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Dydaktyczna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na</w:t>
    </w:r>
    <w:proofErr w:type="spellEnd"/>
    <w:r w:rsidRPr="00137E2D">
      <w:rPr>
        <w:rFonts w:ascii="Helvetica" w:hAnsi="Helvetica" w:cs="Helvetica"/>
        <w:i/>
        <w:iCs/>
      </w:rPr>
      <w:t xml:space="preserve"> UKW</w:t>
    </w:r>
    <w:r w:rsidRPr="00E80BCA">
      <w:rPr>
        <w:rFonts w:ascii="Helvetica" w:hAnsi="Helvetica" w:cs="Helvetica"/>
        <w:i/>
        <w:iCs/>
      </w:rPr>
      <w:t>”</w:t>
    </w:r>
    <w:r w:rsidRPr="00E80BCA">
      <w:rPr>
        <w:rFonts w:ascii="Helvetica" w:hAnsi="Helvetica" w:cs="Helvetica"/>
      </w:rPr>
      <w:t xml:space="preserve"> </w:t>
    </w:r>
    <w:r w:rsidRPr="00E80BCA">
      <w:rPr>
        <w:rStyle w:val="Pogrubienie"/>
        <w:rFonts w:ascii="Helvetica" w:hAnsi="Helvetica" w:cs="Helvetica"/>
      </w:rPr>
      <w:t>–</w:t>
    </w:r>
    <w:r w:rsidRPr="00E80BCA">
      <w:rPr>
        <w:rFonts w:ascii="Helvetica" w:hAnsi="Helvetica" w:cs="Helvetica"/>
      </w:rPr>
      <w:t xml:space="preserve"> FERS.01.05-IP.08-0229/25-00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4E6B89"/>
    <w:multiLevelType w:val="hybridMultilevel"/>
    <w:tmpl w:val="467A22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4E5D5C"/>
    <w:multiLevelType w:val="hybridMultilevel"/>
    <w:tmpl w:val="E8F46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4C8"/>
    <w:rsid w:val="00034616"/>
    <w:rsid w:val="0006063C"/>
    <w:rsid w:val="0015074B"/>
    <w:rsid w:val="001F25BF"/>
    <w:rsid w:val="0029639D"/>
    <w:rsid w:val="00326F90"/>
    <w:rsid w:val="003478FF"/>
    <w:rsid w:val="0056641F"/>
    <w:rsid w:val="00626548"/>
    <w:rsid w:val="00683C6F"/>
    <w:rsid w:val="006E2909"/>
    <w:rsid w:val="00860402"/>
    <w:rsid w:val="009D12C0"/>
    <w:rsid w:val="00AA1D8D"/>
    <w:rsid w:val="00B47730"/>
    <w:rsid w:val="00B551E9"/>
    <w:rsid w:val="00B61840"/>
    <w:rsid w:val="00CB0664"/>
    <w:rsid w:val="00F678FB"/>
    <w:rsid w:val="00FC35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6B84C"/>
  <w14:defaultImageDpi w14:val="300"/>
  <w15:docId w15:val="{022CA47E-BA3D-4DE6-A263-B17E2A82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Aptos" w:hAnsi="Aptos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1E2D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1E2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1E2D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653</Words>
  <Characters>3921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Opinia Prodziekana – personalizowana ścieżka kształcenia</vt:lpstr>
      <vt:lpstr/>
    </vt:vector>
  </TitlesOfParts>
  <Manager/>
  <Company/>
  <LinksUpToDate>false</LinksUpToDate>
  <CharactersWithSpaces>4565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Prodziekana – personalizowana ścieżka kształcenia</dc:title>
  <dc:subject>Dokument rekrutacyjny projektu Doskonałość Dydaktyczna na UKW</dc:subject>
  <dc:creator>Agnieszka Turowska</dc:creator>
  <cp:keywords/>
  <dc:description>generated by python-docx</dc:description>
  <cp:lastModifiedBy>Agnieszka Turowska</cp:lastModifiedBy>
  <cp:revision>12</cp:revision>
  <cp:lastPrinted>2026-11-02T14:28:00Z</cp:lastPrinted>
  <dcterms:created xsi:type="dcterms:W3CDTF">2013-12-23T23:15:00Z</dcterms:created>
  <dcterms:modified xsi:type="dcterms:W3CDTF">2026-11-02T14:28:00Z</dcterms:modified>
  <cp:category/>
</cp:coreProperties>
</file>