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AACDF" w14:textId="77777777" w:rsidR="00673419" w:rsidRDefault="00CE3107" w:rsidP="00BC1F82">
      <w:pPr>
        <w:pStyle w:val="Tytu"/>
        <w:jc w:val="center"/>
      </w:pPr>
      <w:proofErr w:type="spellStart"/>
      <w:r>
        <w:t>Deklaracja</w:t>
      </w:r>
      <w:proofErr w:type="spellEnd"/>
      <w:r>
        <w:t xml:space="preserve"> </w:t>
      </w:r>
      <w:proofErr w:type="spellStart"/>
      <w:r>
        <w:t>upowszechnienia</w:t>
      </w:r>
      <w:proofErr w:type="spellEnd"/>
      <w:r>
        <w:t xml:space="preserve"> kompetencji</w:t>
      </w:r>
    </w:p>
    <w:p w14:paraId="3F6F38A0" w14:textId="77777777" w:rsidR="00BC1F82" w:rsidRDefault="00BC1F82" w:rsidP="00BC1F82">
      <w:pPr>
        <w:spacing w:line="360" w:lineRule="auto"/>
        <w:rPr>
          <w:rFonts w:ascii="Arial" w:hAnsi="Arial" w:cs="Arial"/>
        </w:rPr>
      </w:pPr>
      <w:proofErr w:type="spellStart"/>
      <w:r w:rsidRPr="00C41EE7">
        <w:rPr>
          <w:rFonts w:ascii="Arial" w:hAnsi="Arial" w:cs="Arial"/>
        </w:rPr>
        <w:t>Pierwszy</w:t>
      </w:r>
      <w:proofErr w:type="spellEnd"/>
      <w:r w:rsidRPr="00C41EE7">
        <w:rPr>
          <w:rFonts w:ascii="Arial" w:hAnsi="Arial" w:cs="Arial"/>
        </w:rPr>
        <w:t xml:space="preserve"> </w:t>
      </w:r>
      <w:proofErr w:type="spellStart"/>
      <w:r w:rsidRPr="00C41EE7">
        <w:rPr>
          <w:rFonts w:ascii="Arial" w:hAnsi="Arial" w:cs="Arial"/>
        </w:rPr>
        <w:t>nabór</w:t>
      </w:r>
      <w:proofErr w:type="spellEnd"/>
      <w:r w:rsidRPr="00C41EE7">
        <w:rPr>
          <w:rFonts w:ascii="Arial" w:hAnsi="Arial" w:cs="Arial"/>
        </w:rPr>
        <w:t xml:space="preserve"> - 2 </w:t>
      </w:r>
      <w:proofErr w:type="spellStart"/>
      <w:r w:rsidRPr="00C41EE7">
        <w:rPr>
          <w:rFonts w:ascii="Arial" w:hAnsi="Arial" w:cs="Arial"/>
        </w:rPr>
        <w:t>listopada</w:t>
      </w:r>
      <w:proofErr w:type="spellEnd"/>
      <w:r w:rsidRPr="00C41EE7">
        <w:rPr>
          <w:rFonts w:ascii="Arial" w:hAnsi="Arial" w:cs="Arial"/>
        </w:rPr>
        <w:t xml:space="preserve"> 2026 r.</w:t>
      </w:r>
    </w:p>
    <w:p w14:paraId="28DC2705" w14:textId="77777777" w:rsidR="00BC1F82" w:rsidRPr="00C41EE7" w:rsidRDefault="00BC1F82" w:rsidP="00BC1F82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Ja, </w:t>
      </w:r>
      <w:proofErr w:type="spellStart"/>
      <w:r>
        <w:rPr>
          <w:rFonts w:ascii="Arial" w:hAnsi="Arial" w:cs="Arial"/>
        </w:rPr>
        <w:t>niżej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podpisana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podpisany</w:t>
      </w:r>
      <w:proofErr w:type="spellEnd"/>
      <w:r>
        <w:rPr>
          <w:rFonts w:ascii="Arial" w:hAnsi="Arial" w:cs="Arial"/>
        </w:rPr>
        <w:t>:</w:t>
      </w:r>
    </w:p>
    <w:p w14:paraId="20D1BCF1" w14:textId="77777777" w:rsidR="00BC1F82" w:rsidRPr="00BC1F82" w:rsidRDefault="00BC1F82" w:rsidP="00BC1F82">
      <w:pPr>
        <w:spacing w:line="360" w:lineRule="auto"/>
        <w:rPr>
          <w:rFonts w:ascii="Arial" w:hAnsi="Arial" w:cs="Arial"/>
        </w:rPr>
      </w:pPr>
      <w:proofErr w:type="spellStart"/>
      <w:r w:rsidRPr="00BC1F82">
        <w:rPr>
          <w:rFonts w:ascii="Arial" w:hAnsi="Arial" w:cs="Arial"/>
          <w:b/>
        </w:rPr>
        <w:t>Imię</w:t>
      </w:r>
      <w:proofErr w:type="spellEnd"/>
      <w:r w:rsidRPr="00BC1F82">
        <w:rPr>
          <w:rFonts w:ascii="Arial" w:hAnsi="Arial" w:cs="Arial"/>
          <w:b/>
        </w:rPr>
        <w:t xml:space="preserve"> i </w:t>
      </w:r>
      <w:proofErr w:type="spellStart"/>
      <w:r w:rsidRPr="00BC1F82">
        <w:rPr>
          <w:rFonts w:ascii="Arial" w:hAnsi="Arial" w:cs="Arial"/>
          <w:b/>
        </w:rPr>
        <w:t>nazwisko</w:t>
      </w:r>
      <w:proofErr w:type="spellEnd"/>
    </w:p>
    <w:p w14:paraId="294A2006" w14:textId="77777777" w:rsidR="00BC1F82" w:rsidRPr="00BC1F82" w:rsidRDefault="00BC1F82" w:rsidP="00BC1F82">
      <w:pPr>
        <w:spacing w:after="0" w:line="360" w:lineRule="auto"/>
        <w:rPr>
          <w:rFonts w:ascii="Arial" w:hAnsi="Arial" w:cs="Arial"/>
        </w:rPr>
      </w:pPr>
      <w:r w:rsidRPr="00BC1F82">
        <w:rPr>
          <w:rFonts w:ascii="Arial" w:hAnsi="Arial" w:cs="Arial"/>
        </w:rPr>
        <w:t>..................................................</w:t>
      </w:r>
    </w:p>
    <w:p w14:paraId="21148FB1" w14:textId="6D7CBBAF" w:rsidR="00673419" w:rsidRPr="00BC1F82" w:rsidRDefault="00BC1F82" w:rsidP="00BC1F82">
      <w:pPr>
        <w:spacing w:line="360" w:lineRule="auto"/>
        <w:rPr>
          <w:rFonts w:ascii="Arial" w:hAnsi="Arial" w:cs="Arial"/>
          <w:lang w:val="pl-PL"/>
        </w:rPr>
      </w:pPr>
      <w:proofErr w:type="spellStart"/>
      <w:r w:rsidRPr="00BC1F82">
        <w:rPr>
          <w:rFonts w:ascii="Arial" w:hAnsi="Arial" w:cs="Arial"/>
        </w:rPr>
        <w:t>d</w:t>
      </w:r>
      <w:r w:rsidR="00CE3107" w:rsidRPr="00BC1F82">
        <w:rPr>
          <w:rFonts w:ascii="Arial" w:hAnsi="Arial" w:cs="Arial"/>
        </w:rPr>
        <w:t>eklaruję</w:t>
      </w:r>
      <w:proofErr w:type="spellEnd"/>
      <w:r w:rsidR="00CE3107" w:rsidRPr="00BC1F82">
        <w:rPr>
          <w:rFonts w:ascii="Arial" w:hAnsi="Arial" w:cs="Arial"/>
        </w:rPr>
        <w:t xml:space="preserve"> </w:t>
      </w:r>
      <w:proofErr w:type="spellStart"/>
      <w:r w:rsidR="00CE3107" w:rsidRPr="00BC1F82">
        <w:rPr>
          <w:rFonts w:ascii="Arial" w:hAnsi="Arial" w:cs="Arial"/>
        </w:rPr>
        <w:t>upowszechnienie</w:t>
      </w:r>
      <w:proofErr w:type="spellEnd"/>
      <w:r w:rsidR="00CE3107" w:rsidRPr="00BC1F82">
        <w:rPr>
          <w:rFonts w:ascii="Arial" w:hAnsi="Arial" w:cs="Arial"/>
        </w:rPr>
        <w:t xml:space="preserve"> </w:t>
      </w:r>
      <w:proofErr w:type="spellStart"/>
      <w:r w:rsidR="00CE3107" w:rsidRPr="00BC1F82">
        <w:rPr>
          <w:rFonts w:ascii="Arial" w:hAnsi="Arial" w:cs="Arial"/>
        </w:rPr>
        <w:t>wiedzy</w:t>
      </w:r>
      <w:proofErr w:type="spellEnd"/>
      <w:r w:rsidR="00CE3107" w:rsidRPr="00BC1F82">
        <w:rPr>
          <w:rFonts w:ascii="Arial" w:hAnsi="Arial" w:cs="Arial"/>
        </w:rPr>
        <w:t xml:space="preserve"> i kompetencji uzyskanych w ramach personalizowanej ścieżki kształcenia wśród kadry dydaktycznej Uniwersytetu Kazimierz</w:t>
      </w:r>
      <w:r w:rsidR="00CE3107" w:rsidRPr="00BC1F82">
        <w:rPr>
          <w:rFonts w:ascii="Arial" w:hAnsi="Arial" w:cs="Arial"/>
        </w:rPr>
        <w:t xml:space="preserve">a Wielkiego po zakończeniu </w:t>
      </w:r>
      <w:proofErr w:type="spellStart"/>
      <w:r w:rsidR="00CE3107" w:rsidRPr="00BC1F82">
        <w:rPr>
          <w:rFonts w:ascii="Arial" w:hAnsi="Arial" w:cs="Arial"/>
        </w:rPr>
        <w:t>programu</w:t>
      </w:r>
      <w:proofErr w:type="spellEnd"/>
      <w:r w:rsidR="00CE3107" w:rsidRPr="00BC1F82">
        <w:rPr>
          <w:rFonts w:ascii="Arial" w:hAnsi="Arial" w:cs="Arial"/>
        </w:rPr>
        <w:t>.</w:t>
      </w:r>
      <w:r w:rsidRPr="00BC1F82">
        <w:t xml:space="preserve"> </w:t>
      </w:r>
      <w:r w:rsidRPr="00BC1F82">
        <w:rPr>
          <w:rFonts w:ascii="Arial" w:hAnsi="Arial" w:cs="Arial"/>
          <w:lang w:val="pl-PL"/>
        </w:rPr>
        <w:t>Zobowiązuję się do współpracy z Realizatorem w zakresie ustalenia sposobu prezentacji zdobytych kompetencji.</w:t>
      </w:r>
    </w:p>
    <w:p w14:paraId="2CD94F52" w14:textId="1A8F2E93" w:rsidR="00673419" w:rsidRPr="00BC1F82" w:rsidRDefault="00CE3107" w:rsidP="00BC1F82">
      <w:pPr>
        <w:spacing w:line="360" w:lineRule="auto"/>
        <w:rPr>
          <w:rFonts w:ascii="Arial" w:hAnsi="Arial" w:cs="Arial"/>
        </w:rPr>
      </w:pPr>
      <w:r w:rsidRPr="00BC1F82">
        <w:rPr>
          <w:rFonts w:ascii="Arial" w:hAnsi="Arial" w:cs="Arial"/>
          <w:b/>
        </w:rPr>
        <w:t xml:space="preserve">Planowana forma upowszechnienia </w:t>
      </w:r>
    </w:p>
    <w:p w14:paraId="74A82A3E" w14:textId="77777777" w:rsidR="00BC1F82" w:rsidRPr="00F43525" w:rsidRDefault="00BC1F82" w:rsidP="00BC1F82">
      <w:pPr>
        <w:spacing w:line="360" w:lineRule="auto"/>
        <w:rPr>
          <w:rFonts w:ascii="Arial" w:hAnsi="Arial" w:cs="Arial"/>
        </w:rPr>
      </w:pPr>
      <w:r w:rsidRPr="00F43525">
        <w:rPr>
          <w:rFonts w:ascii="Arial" w:hAnsi="Arial" w:cs="Arial"/>
        </w:rPr>
        <w:t>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</w:t>
      </w:r>
      <w:r w:rsidRPr="00F43525">
        <w:rPr>
          <w:rFonts w:ascii="Arial" w:hAnsi="Arial" w:cs="Arial"/>
        </w:rPr>
        <w:t>.</w:t>
      </w:r>
    </w:p>
    <w:p w14:paraId="7269847B" w14:textId="77777777" w:rsidR="00BC1F82" w:rsidRPr="00F43525" w:rsidRDefault="00BC1F82" w:rsidP="00BC1F82">
      <w:pPr>
        <w:spacing w:line="360" w:lineRule="auto"/>
        <w:rPr>
          <w:rFonts w:ascii="Arial" w:hAnsi="Arial" w:cs="Arial"/>
        </w:rPr>
      </w:pPr>
      <w:r w:rsidRPr="00F43525">
        <w:rPr>
          <w:rFonts w:ascii="Arial" w:hAnsi="Arial" w:cs="Arial"/>
        </w:rPr>
        <w:t>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</w:t>
      </w:r>
      <w:r w:rsidRPr="00F43525">
        <w:rPr>
          <w:rFonts w:ascii="Arial" w:hAnsi="Arial" w:cs="Arial"/>
        </w:rPr>
        <w:t>.</w:t>
      </w:r>
    </w:p>
    <w:p w14:paraId="550C5B8B" w14:textId="01FA84BD" w:rsidR="00BC1F82" w:rsidRDefault="00BC1F82" w:rsidP="00BC1F82">
      <w:pPr>
        <w:spacing w:line="360" w:lineRule="auto"/>
        <w:rPr>
          <w:rFonts w:ascii="Arial" w:hAnsi="Arial" w:cs="Arial"/>
        </w:rPr>
      </w:pPr>
      <w:r w:rsidRPr="00F43525">
        <w:rPr>
          <w:rFonts w:ascii="Arial" w:hAnsi="Arial" w:cs="Arial"/>
        </w:rPr>
        <w:t>.......................................................................................................</w:t>
      </w:r>
      <w:r>
        <w:rPr>
          <w:rFonts w:ascii="Arial" w:hAnsi="Arial" w:cs="Arial"/>
        </w:rPr>
        <w:t>........................................</w:t>
      </w:r>
      <w:r w:rsidRPr="00F43525">
        <w:rPr>
          <w:rFonts w:ascii="Arial" w:hAnsi="Arial" w:cs="Arial"/>
        </w:rPr>
        <w:t>.</w:t>
      </w:r>
    </w:p>
    <w:p w14:paraId="02C2F725" w14:textId="77777777" w:rsidR="00BC1F82" w:rsidRPr="00F43525" w:rsidRDefault="00BC1F82" w:rsidP="00BC1F82">
      <w:pPr>
        <w:spacing w:line="360" w:lineRule="auto"/>
        <w:rPr>
          <w:rFonts w:ascii="Arial" w:hAnsi="Arial" w:cs="Arial"/>
        </w:rPr>
      </w:pPr>
    </w:p>
    <w:p w14:paraId="1DA3FC86" w14:textId="77777777" w:rsidR="00BC1F82" w:rsidRDefault="00BC1F82" w:rsidP="00BC1F82">
      <w:pPr>
        <w:spacing w:line="360" w:lineRule="auto"/>
        <w:rPr>
          <w:rFonts w:ascii="Arial" w:hAnsi="Arial" w:cs="Arial"/>
          <w:b/>
        </w:rPr>
      </w:pPr>
    </w:p>
    <w:p w14:paraId="371B4FA9" w14:textId="77777777" w:rsidR="00BC1F82" w:rsidRDefault="00BC1F82" w:rsidP="00BC1F82">
      <w:pPr>
        <w:spacing w:after="0" w:line="360" w:lineRule="auto"/>
        <w:ind w:left="2160" w:firstLine="2093"/>
        <w:rPr>
          <w:rFonts w:ascii="Arial" w:hAnsi="Arial" w:cs="Arial"/>
        </w:rPr>
      </w:pPr>
      <w:bookmarkStart w:id="0" w:name="_Hlk244522791"/>
      <w:r w:rsidRPr="00F43525">
        <w:rPr>
          <w:rFonts w:ascii="Arial" w:hAnsi="Arial" w:cs="Arial"/>
        </w:rPr>
        <w:t>......................................................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DCBDBF7" w14:textId="77777777" w:rsidR="00BC1F82" w:rsidRPr="00F43525" w:rsidRDefault="00BC1F82" w:rsidP="00BC1F82">
      <w:pPr>
        <w:spacing w:after="0" w:line="360" w:lineRule="auto"/>
        <w:ind w:left="2160" w:firstLine="2943"/>
        <w:rPr>
          <w:rFonts w:ascii="Arial" w:hAnsi="Arial" w:cs="Arial"/>
        </w:rPr>
      </w:pPr>
      <w:r w:rsidRPr="0027452F">
        <w:rPr>
          <w:rFonts w:ascii="Arial" w:hAnsi="Arial" w:cs="Arial"/>
          <w:sz w:val="20"/>
          <w:szCs w:val="20"/>
        </w:rPr>
        <w:t>(</w:t>
      </w:r>
      <w:proofErr w:type="spellStart"/>
      <w:r w:rsidRPr="0027452F">
        <w:rPr>
          <w:rFonts w:ascii="Arial" w:hAnsi="Arial" w:cs="Arial"/>
          <w:sz w:val="20"/>
          <w:szCs w:val="20"/>
        </w:rPr>
        <w:t>miejscowość</w:t>
      </w:r>
      <w:proofErr w:type="spellEnd"/>
      <w:r w:rsidRPr="0027452F">
        <w:rPr>
          <w:rFonts w:ascii="Arial" w:hAnsi="Arial" w:cs="Arial"/>
          <w:sz w:val="20"/>
          <w:szCs w:val="20"/>
        </w:rPr>
        <w:t xml:space="preserve"> i data)</w:t>
      </w:r>
    </w:p>
    <w:p w14:paraId="00C256D8" w14:textId="77777777" w:rsidR="00BC1F82" w:rsidRPr="00F43525" w:rsidRDefault="00BC1F82" w:rsidP="00BC1F82">
      <w:pPr>
        <w:spacing w:line="360" w:lineRule="auto"/>
        <w:ind w:firstLine="4253"/>
        <w:rPr>
          <w:rFonts w:ascii="Arial" w:hAnsi="Arial" w:cs="Arial"/>
        </w:rPr>
      </w:pPr>
    </w:p>
    <w:p w14:paraId="3A8A5437" w14:textId="77777777" w:rsidR="00BC1F82" w:rsidRDefault="00BC1F82" w:rsidP="00BC1F82">
      <w:pPr>
        <w:spacing w:after="0" w:line="360" w:lineRule="auto"/>
        <w:ind w:firstLine="4253"/>
        <w:rPr>
          <w:rFonts w:ascii="Arial" w:hAnsi="Arial" w:cs="Arial"/>
        </w:rPr>
      </w:pPr>
      <w:r w:rsidRPr="00F43525">
        <w:rPr>
          <w:rFonts w:ascii="Arial" w:hAnsi="Arial" w:cs="Arial"/>
        </w:rPr>
        <w:t>................................................................................</w:t>
      </w:r>
    </w:p>
    <w:p w14:paraId="67CDA137" w14:textId="77777777" w:rsidR="00BC1F82" w:rsidRPr="0027452F" w:rsidRDefault="00BC1F82" w:rsidP="00BC1F82">
      <w:pPr>
        <w:spacing w:line="360" w:lineRule="auto"/>
        <w:ind w:left="787" w:firstLine="4253"/>
        <w:rPr>
          <w:rFonts w:ascii="Arial" w:hAnsi="Arial" w:cs="Arial"/>
          <w:sz w:val="20"/>
          <w:szCs w:val="20"/>
        </w:rPr>
      </w:pPr>
      <w:r w:rsidRPr="0027452F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c</w:t>
      </w:r>
      <w:r w:rsidRPr="0027452F">
        <w:rPr>
          <w:rFonts w:ascii="Arial" w:hAnsi="Arial" w:cs="Arial"/>
          <w:sz w:val="20"/>
          <w:szCs w:val="20"/>
        </w:rPr>
        <w:t xml:space="preserve">zytelny </w:t>
      </w:r>
      <w:proofErr w:type="spellStart"/>
      <w:r w:rsidRPr="0027452F">
        <w:rPr>
          <w:rFonts w:ascii="Arial" w:hAnsi="Arial" w:cs="Arial"/>
          <w:sz w:val="20"/>
          <w:szCs w:val="20"/>
        </w:rPr>
        <w:t>podpis</w:t>
      </w:r>
      <w:proofErr w:type="spellEnd"/>
      <w:r w:rsidRPr="0027452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7452F">
        <w:rPr>
          <w:rFonts w:ascii="Arial" w:hAnsi="Arial" w:cs="Arial"/>
          <w:sz w:val="20"/>
          <w:szCs w:val="20"/>
        </w:rPr>
        <w:t>osoby</w:t>
      </w:r>
      <w:proofErr w:type="spellEnd"/>
      <w:r w:rsidRPr="0027452F">
        <w:rPr>
          <w:rFonts w:ascii="Arial" w:hAnsi="Arial" w:cs="Arial"/>
          <w:sz w:val="20"/>
          <w:szCs w:val="20"/>
        </w:rPr>
        <w:t xml:space="preserve"> składającej </w:t>
      </w:r>
      <w:proofErr w:type="spellStart"/>
      <w:r w:rsidRPr="0027452F">
        <w:rPr>
          <w:rFonts w:ascii="Arial" w:hAnsi="Arial" w:cs="Arial"/>
          <w:sz w:val="20"/>
          <w:szCs w:val="20"/>
        </w:rPr>
        <w:t>do</w:t>
      </w:r>
      <w:r>
        <w:rPr>
          <w:rFonts w:ascii="Arial" w:hAnsi="Arial" w:cs="Arial"/>
          <w:sz w:val="20"/>
          <w:szCs w:val="20"/>
        </w:rPr>
        <w:t>k</w:t>
      </w:r>
      <w:r w:rsidRPr="0027452F">
        <w:rPr>
          <w:rFonts w:ascii="Arial" w:hAnsi="Arial" w:cs="Arial"/>
          <w:sz w:val="20"/>
          <w:szCs w:val="20"/>
        </w:rPr>
        <w:t>ument</w:t>
      </w:r>
      <w:proofErr w:type="spellEnd"/>
      <w:r w:rsidRPr="0027452F">
        <w:rPr>
          <w:rFonts w:ascii="Arial" w:hAnsi="Arial" w:cs="Arial"/>
          <w:sz w:val="20"/>
          <w:szCs w:val="20"/>
        </w:rPr>
        <w:t>)</w:t>
      </w:r>
      <w:bookmarkEnd w:id="0"/>
    </w:p>
    <w:p w14:paraId="7A4CA847" w14:textId="705F9354" w:rsidR="00673419" w:rsidRPr="00BC1F82" w:rsidRDefault="00673419" w:rsidP="00BC1F82">
      <w:pPr>
        <w:spacing w:line="360" w:lineRule="auto"/>
        <w:rPr>
          <w:rFonts w:ascii="Arial" w:hAnsi="Arial" w:cs="Arial"/>
        </w:rPr>
      </w:pPr>
    </w:p>
    <w:sectPr w:rsidR="00673419" w:rsidRPr="00BC1F82" w:rsidSect="00034616">
      <w:headerReference w:type="default" r:id="rId8"/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10AED2" w14:textId="77777777" w:rsidR="00CE3107" w:rsidRDefault="00CE310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F29223B" w14:textId="77777777" w:rsidR="00CE3107" w:rsidRDefault="00CE310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5CAA32" w14:textId="77777777" w:rsidR="00CE3107" w:rsidRDefault="00CE310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4130B9A" w14:textId="77777777" w:rsidR="00CE3107" w:rsidRDefault="00CE310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D7EF6" w14:textId="77777777" w:rsidR="00BC1F82" w:rsidRDefault="00BC1F82" w:rsidP="00BC1F82">
    <w:pPr>
      <w:spacing w:after="0"/>
      <w:jc w:val="center"/>
      <w:rPr>
        <w:rStyle w:val="Pogrubienie"/>
        <w:rFonts w:ascii="Helvetica" w:hAnsi="Helvetica" w:cs="Helvetica"/>
      </w:rPr>
    </w:pPr>
    <w:r>
      <w:rPr>
        <w:noProof/>
      </w:rPr>
      <w:drawing>
        <wp:inline distT="0" distB="0" distL="0" distR="0" wp14:anchorId="6FEA7AB9" wp14:editId="1172FFF3">
          <wp:extent cx="5760720" cy="793115"/>
          <wp:effectExtent l="0" t="0" r="0" b="698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3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7D717" w14:textId="3FA140CA" w:rsidR="00BC1F82" w:rsidRPr="00BC1F82" w:rsidRDefault="00BC1F82" w:rsidP="00BC1F82">
    <w:pPr>
      <w:pBdr>
        <w:bottom w:val="single" w:sz="6" w:space="1" w:color="auto"/>
      </w:pBdr>
      <w:jc w:val="center"/>
      <w:rPr>
        <w:rFonts w:ascii="Helvetica" w:hAnsi="Helvetica" w:cs="Helvetica" w:hint="eastAsia"/>
        <w:b/>
        <w:bCs/>
      </w:rPr>
    </w:pPr>
    <w:bookmarkStart w:id="1" w:name="_Hlk243557185"/>
    <w:bookmarkStart w:id="2" w:name="_Hlk243557186"/>
    <w:proofErr w:type="spellStart"/>
    <w:r w:rsidRPr="00E80BCA">
      <w:rPr>
        <w:rFonts w:ascii="Helvetica" w:hAnsi="Helvetica" w:cs="Helvetica"/>
        <w:i/>
        <w:iCs/>
      </w:rPr>
      <w:t>Projekt</w:t>
    </w:r>
    <w:proofErr w:type="spellEnd"/>
    <w:r w:rsidRPr="00E80BCA">
      <w:rPr>
        <w:rFonts w:ascii="Helvetica" w:hAnsi="Helvetica" w:cs="Helvetica"/>
        <w:i/>
        <w:iCs/>
      </w:rPr>
      <w:t xml:space="preserve"> „</w:t>
    </w:r>
    <w:proofErr w:type="spellStart"/>
    <w:r w:rsidRPr="00137E2D">
      <w:rPr>
        <w:rFonts w:ascii="Helvetica" w:hAnsi="Helvetica" w:cs="Helvetica"/>
        <w:i/>
        <w:iCs/>
      </w:rPr>
      <w:t>Doskonałość</w:t>
    </w:r>
    <w:proofErr w:type="spellEnd"/>
    <w:r w:rsidRPr="00137E2D">
      <w:rPr>
        <w:rFonts w:ascii="Helvetica" w:hAnsi="Helvetica" w:cs="Helvetica"/>
        <w:i/>
        <w:iCs/>
      </w:rPr>
      <w:t xml:space="preserve"> </w:t>
    </w:r>
    <w:proofErr w:type="spellStart"/>
    <w:r w:rsidRPr="00137E2D">
      <w:rPr>
        <w:rFonts w:ascii="Helvetica" w:hAnsi="Helvetica" w:cs="Helvetica"/>
        <w:i/>
        <w:iCs/>
      </w:rPr>
      <w:t>Dydaktyczna</w:t>
    </w:r>
    <w:proofErr w:type="spellEnd"/>
    <w:r w:rsidRPr="00137E2D">
      <w:rPr>
        <w:rFonts w:ascii="Helvetica" w:hAnsi="Helvetica" w:cs="Helvetica"/>
        <w:i/>
        <w:iCs/>
      </w:rPr>
      <w:t xml:space="preserve"> </w:t>
    </w:r>
    <w:proofErr w:type="spellStart"/>
    <w:r w:rsidRPr="00137E2D">
      <w:rPr>
        <w:rFonts w:ascii="Helvetica" w:hAnsi="Helvetica" w:cs="Helvetica"/>
        <w:i/>
        <w:iCs/>
      </w:rPr>
      <w:t>na</w:t>
    </w:r>
    <w:proofErr w:type="spellEnd"/>
    <w:r w:rsidRPr="00137E2D">
      <w:rPr>
        <w:rFonts w:ascii="Helvetica" w:hAnsi="Helvetica" w:cs="Helvetica"/>
        <w:i/>
        <w:iCs/>
      </w:rPr>
      <w:t xml:space="preserve"> UKW</w:t>
    </w:r>
    <w:r w:rsidRPr="00E80BCA">
      <w:rPr>
        <w:rFonts w:ascii="Helvetica" w:hAnsi="Helvetica" w:cs="Helvetica"/>
        <w:i/>
        <w:iCs/>
      </w:rPr>
      <w:t>”</w:t>
    </w:r>
    <w:r w:rsidRPr="00E80BCA">
      <w:rPr>
        <w:rFonts w:ascii="Helvetica" w:hAnsi="Helvetica" w:cs="Helvetica"/>
      </w:rPr>
      <w:t xml:space="preserve"> </w:t>
    </w:r>
    <w:r w:rsidRPr="00E80BCA">
      <w:rPr>
        <w:rStyle w:val="Pogrubienie"/>
        <w:rFonts w:ascii="Helvetica" w:hAnsi="Helvetica" w:cs="Helvetica"/>
      </w:rPr>
      <w:t>–</w:t>
    </w:r>
    <w:r w:rsidRPr="00E80BCA">
      <w:rPr>
        <w:rFonts w:ascii="Helvetica" w:hAnsi="Helvetica" w:cs="Helvetica"/>
      </w:rPr>
      <w:t xml:space="preserve"> FERS.01.05-IP.08-0229/25-00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5E96"/>
    <w:rsid w:val="0029639D"/>
    <w:rsid w:val="00326F90"/>
    <w:rsid w:val="00673419"/>
    <w:rsid w:val="009A0C6C"/>
    <w:rsid w:val="00AA1D8D"/>
    <w:rsid w:val="00B47730"/>
    <w:rsid w:val="00BC1F82"/>
    <w:rsid w:val="00CB0664"/>
    <w:rsid w:val="00CE3107"/>
    <w:rsid w:val="00EA5D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DC97E9"/>
  <w14:defaultImageDpi w14:val="300"/>
  <w15:docId w15:val="{022CA47E-BA3D-4DE6-A263-B17E2A82A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40"/>
    </w:pPr>
    <w:rPr>
      <w:rFonts w:ascii="Aptos" w:hAnsi="Aptos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41E2D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41E2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41E2D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BC1F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164</Words>
  <Characters>984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Turowska</dc:creator>
  <cp:keywords/>
  <dc:description>generated by python-docx</dc:description>
  <cp:lastModifiedBy>Agnieszka Turowska</cp:lastModifiedBy>
  <cp:revision>5</cp:revision>
  <cp:lastPrinted>2026-11-02T13:50:00Z</cp:lastPrinted>
  <dcterms:created xsi:type="dcterms:W3CDTF">2013-12-23T23:15:00Z</dcterms:created>
  <dcterms:modified xsi:type="dcterms:W3CDTF">2026-11-02T13:50:00Z</dcterms:modified>
  <cp:category/>
</cp:coreProperties>
</file>