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3A1C7" w14:textId="77777777" w:rsidR="000F65D9" w:rsidRPr="00F43525" w:rsidRDefault="00E279EA" w:rsidP="00F43525">
      <w:pPr>
        <w:pStyle w:val="Tytu"/>
        <w:jc w:val="center"/>
        <w:rPr>
          <w:rFonts w:ascii="Arial" w:hAnsi="Arial" w:cs="Arial"/>
        </w:rPr>
      </w:pPr>
      <w:proofErr w:type="spellStart"/>
      <w:r w:rsidRPr="00F43525">
        <w:rPr>
          <w:rFonts w:ascii="Arial" w:hAnsi="Arial" w:cs="Arial"/>
        </w:rPr>
        <w:t>Deklaracja</w:t>
      </w:r>
      <w:proofErr w:type="spellEnd"/>
      <w:r w:rsidRPr="00F43525">
        <w:rPr>
          <w:rFonts w:ascii="Arial" w:hAnsi="Arial" w:cs="Arial"/>
        </w:rPr>
        <w:t xml:space="preserve"> </w:t>
      </w:r>
      <w:proofErr w:type="spellStart"/>
      <w:r w:rsidRPr="00F43525">
        <w:rPr>
          <w:rFonts w:ascii="Arial" w:hAnsi="Arial" w:cs="Arial"/>
        </w:rPr>
        <w:t>wdrożenia</w:t>
      </w:r>
      <w:proofErr w:type="spellEnd"/>
      <w:r w:rsidRPr="00F43525">
        <w:rPr>
          <w:rFonts w:ascii="Arial" w:hAnsi="Arial" w:cs="Arial"/>
        </w:rPr>
        <w:t xml:space="preserve"> kompetencji do dydaktyki</w:t>
      </w:r>
    </w:p>
    <w:p w14:paraId="3F7236D8" w14:textId="3BBC0019" w:rsidR="000F65D9" w:rsidRPr="00F43525" w:rsidRDefault="00F43525" w:rsidP="00F43525">
      <w:pPr>
        <w:spacing w:line="360" w:lineRule="auto"/>
        <w:rPr>
          <w:rFonts w:ascii="Arial" w:hAnsi="Arial" w:cs="Arial"/>
        </w:rPr>
      </w:pPr>
      <w:proofErr w:type="spellStart"/>
      <w:r w:rsidRPr="00F43525">
        <w:rPr>
          <w:rFonts w:ascii="Arial" w:hAnsi="Arial" w:cs="Arial"/>
        </w:rPr>
        <w:t>Pierwszy</w:t>
      </w:r>
      <w:proofErr w:type="spellEnd"/>
      <w:r w:rsidR="00E279EA" w:rsidRPr="00F43525">
        <w:rPr>
          <w:rFonts w:ascii="Arial" w:hAnsi="Arial" w:cs="Arial"/>
        </w:rPr>
        <w:t xml:space="preserve"> </w:t>
      </w:r>
      <w:proofErr w:type="spellStart"/>
      <w:r w:rsidR="00E279EA" w:rsidRPr="00F43525">
        <w:rPr>
          <w:rFonts w:ascii="Arial" w:hAnsi="Arial" w:cs="Arial"/>
        </w:rPr>
        <w:t>nabór</w:t>
      </w:r>
      <w:proofErr w:type="spellEnd"/>
      <w:r w:rsidR="00E279EA" w:rsidRPr="00F43525">
        <w:rPr>
          <w:rFonts w:ascii="Arial" w:hAnsi="Arial" w:cs="Arial"/>
        </w:rPr>
        <w:t xml:space="preserve"> </w:t>
      </w:r>
      <w:r w:rsidRPr="00F43525">
        <w:rPr>
          <w:rFonts w:ascii="Arial" w:hAnsi="Arial" w:cs="Arial"/>
        </w:rPr>
        <w:t>-</w:t>
      </w:r>
      <w:r w:rsidR="00E279EA" w:rsidRPr="00F43525">
        <w:rPr>
          <w:rFonts w:ascii="Arial" w:hAnsi="Arial" w:cs="Arial"/>
        </w:rPr>
        <w:t xml:space="preserve"> 2 </w:t>
      </w:r>
      <w:proofErr w:type="spellStart"/>
      <w:r w:rsidR="00E279EA" w:rsidRPr="00F43525">
        <w:rPr>
          <w:rFonts w:ascii="Arial" w:hAnsi="Arial" w:cs="Arial"/>
        </w:rPr>
        <w:t>listopada</w:t>
      </w:r>
      <w:proofErr w:type="spellEnd"/>
      <w:r w:rsidR="00E279EA" w:rsidRPr="00F43525">
        <w:rPr>
          <w:rFonts w:ascii="Arial" w:hAnsi="Arial" w:cs="Arial"/>
        </w:rPr>
        <w:t xml:space="preserve"> 2026 r</w:t>
      </w:r>
      <w:r>
        <w:rPr>
          <w:rFonts w:ascii="Arial" w:hAnsi="Arial" w:cs="Arial"/>
        </w:rPr>
        <w:t>.</w:t>
      </w:r>
    </w:p>
    <w:p w14:paraId="44C38F58" w14:textId="5857704F" w:rsidR="0093700C" w:rsidRPr="0093700C" w:rsidRDefault="0093700C" w:rsidP="00F43525">
      <w:pPr>
        <w:spacing w:line="360" w:lineRule="auto"/>
        <w:rPr>
          <w:rFonts w:ascii="Arial" w:hAnsi="Arial" w:cs="Arial"/>
          <w:bCs/>
        </w:rPr>
      </w:pPr>
      <w:r w:rsidRPr="0093700C">
        <w:rPr>
          <w:rFonts w:ascii="Arial" w:hAnsi="Arial" w:cs="Arial"/>
          <w:bCs/>
        </w:rPr>
        <w:t xml:space="preserve">Ja </w:t>
      </w:r>
      <w:proofErr w:type="spellStart"/>
      <w:r w:rsidRPr="0093700C">
        <w:rPr>
          <w:rFonts w:ascii="Arial" w:hAnsi="Arial" w:cs="Arial"/>
          <w:bCs/>
        </w:rPr>
        <w:t>niżej</w:t>
      </w:r>
      <w:proofErr w:type="spellEnd"/>
      <w:r w:rsidRPr="0093700C">
        <w:rPr>
          <w:rFonts w:ascii="Arial" w:hAnsi="Arial" w:cs="Arial"/>
          <w:bCs/>
        </w:rPr>
        <w:t xml:space="preserve"> </w:t>
      </w:r>
      <w:proofErr w:type="spellStart"/>
      <w:r w:rsidRPr="0093700C">
        <w:rPr>
          <w:rFonts w:ascii="Arial" w:hAnsi="Arial" w:cs="Arial"/>
          <w:bCs/>
        </w:rPr>
        <w:t>podpisana</w:t>
      </w:r>
      <w:proofErr w:type="spellEnd"/>
      <w:r w:rsidRPr="0093700C">
        <w:rPr>
          <w:rFonts w:ascii="Arial" w:hAnsi="Arial" w:cs="Arial"/>
          <w:bCs/>
        </w:rPr>
        <w:t>/</w:t>
      </w:r>
      <w:proofErr w:type="spellStart"/>
      <w:r w:rsidRPr="0093700C">
        <w:rPr>
          <w:rFonts w:ascii="Arial" w:hAnsi="Arial" w:cs="Arial"/>
          <w:bCs/>
        </w:rPr>
        <w:t>podpisany</w:t>
      </w:r>
      <w:proofErr w:type="spellEnd"/>
      <w:r w:rsidRPr="0093700C">
        <w:rPr>
          <w:rFonts w:ascii="Arial" w:hAnsi="Arial" w:cs="Arial"/>
          <w:bCs/>
        </w:rPr>
        <w:t>:</w:t>
      </w:r>
    </w:p>
    <w:p w14:paraId="1BAED75C" w14:textId="7D1FB72F" w:rsidR="000F65D9" w:rsidRPr="00F43525" w:rsidRDefault="00E279EA" w:rsidP="00F43525">
      <w:pPr>
        <w:spacing w:line="360" w:lineRule="auto"/>
        <w:rPr>
          <w:rFonts w:ascii="Arial" w:hAnsi="Arial" w:cs="Arial"/>
        </w:rPr>
      </w:pPr>
      <w:bookmarkStart w:id="0" w:name="_Hlk244522781"/>
      <w:proofErr w:type="spellStart"/>
      <w:r w:rsidRPr="00F43525">
        <w:rPr>
          <w:rFonts w:ascii="Arial" w:hAnsi="Arial" w:cs="Arial"/>
          <w:b/>
        </w:rPr>
        <w:t>Imię</w:t>
      </w:r>
      <w:proofErr w:type="spellEnd"/>
      <w:r w:rsidRPr="00F43525">
        <w:rPr>
          <w:rFonts w:ascii="Arial" w:hAnsi="Arial" w:cs="Arial"/>
          <w:b/>
        </w:rPr>
        <w:t xml:space="preserve"> i </w:t>
      </w:r>
      <w:proofErr w:type="spellStart"/>
      <w:r w:rsidRPr="00F43525">
        <w:rPr>
          <w:rFonts w:ascii="Arial" w:hAnsi="Arial" w:cs="Arial"/>
          <w:b/>
        </w:rPr>
        <w:t>nazwisko</w:t>
      </w:r>
      <w:proofErr w:type="spellEnd"/>
    </w:p>
    <w:p w14:paraId="1D88A490" w14:textId="4DB57BA8" w:rsidR="000F65D9" w:rsidRPr="00F43525" w:rsidRDefault="00E279EA" w:rsidP="00F43525">
      <w:pPr>
        <w:spacing w:after="0" w:line="360" w:lineRule="auto"/>
        <w:rPr>
          <w:rFonts w:ascii="Arial" w:hAnsi="Arial" w:cs="Arial"/>
        </w:rPr>
      </w:pPr>
      <w:r w:rsidRPr="00F43525">
        <w:rPr>
          <w:rFonts w:ascii="Arial" w:hAnsi="Arial" w:cs="Arial"/>
        </w:rPr>
        <w:t>..................................................</w:t>
      </w:r>
    </w:p>
    <w:bookmarkEnd w:id="0"/>
    <w:p w14:paraId="1E1DEE5F" w14:textId="16B5E9A3" w:rsidR="000F65D9" w:rsidRPr="00F43525" w:rsidRDefault="0093700C" w:rsidP="00F43525">
      <w:pPr>
        <w:spacing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</w:t>
      </w:r>
      <w:r w:rsidR="00E279EA" w:rsidRPr="00F43525">
        <w:rPr>
          <w:rFonts w:ascii="Arial" w:hAnsi="Arial" w:cs="Arial"/>
        </w:rPr>
        <w:t>eklaruję</w:t>
      </w:r>
      <w:proofErr w:type="spellEnd"/>
      <w:r w:rsidR="00E279EA" w:rsidRPr="00F43525">
        <w:rPr>
          <w:rFonts w:ascii="Arial" w:hAnsi="Arial" w:cs="Arial"/>
        </w:rPr>
        <w:t xml:space="preserve"> wykorzystanie kompetencji uzyskanych w ramach personalizowanej ścieżki kształcenia w programie kształcenia studentów i w prowadzonych przeze </w:t>
      </w:r>
      <w:r w:rsidR="00E279EA" w:rsidRPr="00F43525">
        <w:rPr>
          <w:rFonts w:ascii="Arial" w:hAnsi="Arial" w:cs="Arial"/>
        </w:rPr>
        <w:t>mnie przedmiotach, w zakresie możliwym w ramach moich obowiązków dydaktycznych.</w:t>
      </w:r>
    </w:p>
    <w:p w14:paraId="7D4E85FA" w14:textId="6EE27B59" w:rsidR="000F65D9" w:rsidRPr="00F43525" w:rsidRDefault="00E279EA" w:rsidP="00F43525">
      <w:pPr>
        <w:spacing w:line="360" w:lineRule="auto"/>
        <w:rPr>
          <w:rFonts w:ascii="Arial" w:hAnsi="Arial" w:cs="Arial"/>
        </w:rPr>
      </w:pPr>
      <w:proofErr w:type="spellStart"/>
      <w:r w:rsidRPr="00F43525">
        <w:rPr>
          <w:rFonts w:ascii="Arial" w:hAnsi="Arial" w:cs="Arial"/>
          <w:b/>
        </w:rPr>
        <w:t>Przedmiot</w:t>
      </w:r>
      <w:proofErr w:type="spellEnd"/>
      <w:r w:rsidRPr="00F43525">
        <w:rPr>
          <w:rFonts w:ascii="Arial" w:hAnsi="Arial" w:cs="Arial"/>
          <w:b/>
        </w:rPr>
        <w:t xml:space="preserve">/ </w:t>
      </w:r>
      <w:proofErr w:type="spellStart"/>
      <w:r w:rsidRPr="00F43525">
        <w:rPr>
          <w:rFonts w:ascii="Arial" w:hAnsi="Arial" w:cs="Arial"/>
          <w:b/>
        </w:rPr>
        <w:t>przedmioty</w:t>
      </w:r>
      <w:proofErr w:type="spellEnd"/>
      <w:r w:rsidRPr="00F43525">
        <w:rPr>
          <w:rFonts w:ascii="Arial" w:hAnsi="Arial" w:cs="Arial"/>
          <w:b/>
        </w:rPr>
        <w:t xml:space="preserve"> i </w:t>
      </w:r>
      <w:proofErr w:type="spellStart"/>
      <w:r w:rsidRPr="00F43525">
        <w:rPr>
          <w:rFonts w:ascii="Arial" w:hAnsi="Arial" w:cs="Arial"/>
          <w:b/>
        </w:rPr>
        <w:t>planowany</w:t>
      </w:r>
      <w:proofErr w:type="spellEnd"/>
      <w:r w:rsidRPr="00F43525">
        <w:rPr>
          <w:rFonts w:ascii="Arial" w:hAnsi="Arial" w:cs="Arial"/>
          <w:b/>
        </w:rPr>
        <w:t xml:space="preserve"> sposób wdrożenia</w:t>
      </w:r>
    </w:p>
    <w:p w14:paraId="4876D55C" w14:textId="2D8BD6F8" w:rsidR="000F65D9" w:rsidRPr="00F43525" w:rsidRDefault="00E279EA" w:rsidP="00F43525">
      <w:pPr>
        <w:spacing w:line="360" w:lineRule="auto"/>
        <w:rPr>
          <w:rFonts w:ascii="Arial" w:hAnsi="Arial" w:cs="Arial"/>
        </w:rPr>
      </w:pPr>
      <w:bookmarkStart w:id="1" w:name="_Hlk244523036"/>
      <w:r w:rsidRPr="00F43525">
        <w:rPr>
          <w:rFonts w:ascii="Arial" w:hAnsi="Arial" w:cs="Arial"/>
        </w:rPr>
        <w:t>.......................................................................................................</w:t>
      </w:r>
      <w:r w:rsidR="00F43525">
        <w:rPr>
          <w:rFonts w:ascii="Arial" w:hAnsi="Arial" w:cs="Arial"/>
        </w:rPr>
        <w:t>........................................</w:t>
      </w:r>
      <w:r w:rsidRPr="00F43525">
        <w:rPr>
          <w:rFonts w:ascii="Arial" w:hAnsi="Arial" w:cs="Arial"/>
        </w:rPr>
        <w:t>.</w:t>
      </w:r>
      <w:bookmarkEnd w:id="1"/>
    </w:p>
    <w:p w14:paraId="0F9D01C5" w14:textId="77777777" w:rsidR="00F43525" w:rsidRPr="00F43525" w:rsidRDefault="00F43525" w:rsidP="00F43525">
      <w:pPr>
        <w:spacing w:line="360" w:lineRule="auto"/>
        <w:rPr>
          <w:rFonts w:ascii="Arial" w:hAnsi="Arial" w:cs="Arial"/>
        </w:rPr>
      </w:pPr>
      <w:r w:rsidRPr="00F43525">
        <w:rPr>
          <w:rFonts w:ascii="Arial" w:hAnsi="Arial" w:cs="Arial"/>
        </w:rPr>
        <w:t>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</w:t>
      </w:r>
      <w:r w:rsidRPr="00F43525">
        <w:rPr>
          <w:rFonts w:ascii="Arial" w:hAnsi="Arial" w:cs="Arial"/>
        </w:rPr>
        <w:t>.</w:t>
      </w:r>
    </w:p>
    <w:p w14:paraId="1559A781" w14:textId="77777777" w:rsidR="00F43525" w:rsidRPr="00F43525" w:rsidRDefault="00F43525" w:rsidP="00F43525">
      <w:pPr>
        <w:spacing w:line="360" w:lineRule="auto"/>
        <w:rPr>
          <w:rFonts w:ascii="Arial" w:hAnsi="Arial" w:cs="Arial"/>
        </w:rPr>
      </w:pPr>
      <w:r w:rsidRPr="00F43525">
        <w:rPr>
          <w:rFonts w:ascii="Arial" w:hAnsi="Arial" w:cs="Arial"/>
        </w:rPr>
        <w:t>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</w:t>
      </w:r>
      <w:r w:rsidRPr="00F43525">
        <w:rPr>
          <w:rFonts w:ascii="Arial" w:hAnsi="Arial" w:cs="Arial"/>
        </w:rPr>
        <w:t>.</w:t>
      </w:r>
    </w:p>
    <w:p w14:paraId="2B7BB789" w14:textId="77777777" w:rsidR="00F43525" w:rsidRPr="00F43525" w:rsidRDefault="00F43525" w:rsidP="00F43525">
      <w:pPr>
        <w:spacing w:line="360" w:lineRule="auto"/>
        <w:rPr>
          <w:rFonts w:ascii="Arial" w:hAnsi="Arial" w:cs="Arial"/>
        </w:rPr>
      </w:pPr>
      <w:bookmarkStart w:id="2" w:name="_Hlk244523060"/>
      <w:r w:rsidRPr="00F43525">
        <w:rPr>
          <w:rFonts w:ascii="Arial" w:hAnsi="Arial" w:cs="Arial"/>
        </w:rPr>
        <w:t>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</w:t>
      </w:r>
      <w:r w:rsidRPr="00F43525">
        <w:rPr>
          <w:rFonts w:ascii="Arial" w:hAnsi="Arial" w:cs="Arial"/>
        </w:rPr>
        <w:t>.</w:t>
      </w:r>
    </w:p>
    <w:p w14:paraId="443CDB09" w14:textId="77777777" w:rsidR="00F43525" w:rsidRPr="00F43525" w:rsidRDefault="00F43525" w:rsidP="00F43525">
      <w:pPr>
        <w:spacing w:line="360" w:lineRule="auto"/>
        <w:rPr>
          <w:rFonts w:ascii="Arial" w:hAnsi="Arial" w:cs="Arial"/>
        </w:rPr>
      </w:pPr>
      <w:r w:rsidRPr="00F43525">
        <w:rPr>
          <w:rFonts w:ascii="Arial" w:hAnsi="Arial" w:cs="Arial"/>
        </w:rPr>
        <w:t>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</w:t>
      </w:r>
      <w:r w:rsidRPr="00F43525">
        <w:rPr>
          <w:rFonts w:ascii="Arial" w:hAnsi="Arial" w:cs="Arial"/>
        </w:rPr>
        <w:t>.</w:t>
      </w:r>
    </w:p>
    <w:p w14:paraId="6DABC10F" w14:textId="77777777" w:rsidR="00F43525" w:rsidRPr="00F43525" w:rsidRDefault="00F43525" w:rsidP="00F43525">
      <w:pPr>
        <w:spacing w:line="360" w:lineRule="auto"/>
        <w:rPr>
          <w:rFonts w:ascii="Arial" w:hAnsi="Arial" w:cs="Arial"/>
        </w:rPr>
      </w:pPr>
      <w:r w:rsidRPr="00F43525">
        <w:rPr>
          <w:rFonts w:ascii="Arial" w:hAnsi="Arial" w:cs="Arial"/>
        </w:rPr>
        <w:t>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</w:t>
      </w:r>
      <w:r w:rsidRPr="00F43525">
        <w:rPr>
          <w:rFonts w:ascii="Arial" w:hAnsi="Arial" w:cs="Arial"/>
        </w:rPr>
        <w:t>.</w:t>
      </w:r>
    </w:p>
    <w:p w14:paraId="711A3FA7" w14:textId="77777777" w:rsidR="00F43525" w:rsidRPr="00F43525" w:rsidRDefault="00F43525" w:rsidP="00F43525">
      <w:pPr>
        <w:spacing w:line="360" w:lineRule="auto"/>
        <w:rPr>
          <w:rFonts w:ascii="Arial" w:hAnsi="Arial" w:cs="Arial"/>
        </w:rPr>
      </w:pPr>
      <w:bookmarkStart w:id="3" w:name="_Hlk244522925"/>
      <w:bookmarkEnd w:id="2"/>
      <w:r w:rsidRPr="00F43525">
        <w:rPr>
          <w:rFonts w:ascii="Arial" w:hAnsi="Arial" w:cs="Arial"/>
        </w:rPr>
        <w:t>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</w:t>
      </w:r>
      <w:r w:rsidRPr="00F43525">
        <w:rPr>
          <w:rFonts w:ascii="Arial" w:hAnsi="Arial" w:cs="Arial"/>
        </w:rPr>
        <w:t>.</w:t>
      </w:r>
    </w:p>
    <w:bookmarkEnd w:id="3"/>
    <w:p w14:paraId="39B490B1" w14:textId="01A3059D" w:rsidR="0027452F" w:rsidRDefault="0027452F" w:rsidP="00F43525">
      <w:pPr>
        <w:spacing w:line="360" w:lineRule="auto"/>
        <w:rPr>
          <w:rFonts w:ascii="Arial" w:hAnsi="Arial" w:cs="Arial"/>
          <w:b/>
        </w:rPr>
      </w:pPr>
    </w:p>
    <w:p w14:paraId="661B0A4F" w14:textId="77777777" w:rsidR="00E125B4" w:rsidRDefault="00E125B4" w:rsidP="00F43525">
      <w:pPr>
        <w:spacing w:line="360" w:lineRule="auto"/>
        <w:rPr>
          <w:rFonts w:ascii="Arial" w:hAnsi="Arial" w:cs="Arial"/>
          <w:b/>
        </w:rPr>
      </w:pPr>
      <w:bookmarkStart w:id="4" w:name="_Hlk244522946"/>
    </w:p>
    <w:p w14:paraId="6DC5B212" w14:textId="4745CFA0" w:rsidR="0027452F" w:rsidRDefault="00E279EA" w:rsidP="0027452F">
      <w:pPr>
        <w:spacing w:after="0" w:line="360" w:lineRule="auto"/>
        <w:ind w:left="2160" w:firstLine="2093"/>
        <w:rPr>
          <w:rFonts w:ascii="Arial" w:hAnsi="Arial" w:cs="Arial"/>
        </w:rPr>
      </w:pPr>
      <w:bookmarkStart w:id="5" w:name="_Hlk244522791"/>
      <w:r w:rsidRPr="00F43525">
        <w:rPr>
          <w:rFonts w:ascii="Arial" w:hAnsi="Arial" w:cs="Arial"/>
        </w:rPr>
        <w:t>..............................................</w:t>
      </w:r>
      <w:r w:rsidRPr="00F43525">
        <w:rPr>
          <w:rFonts w:ascii="Arial" w:hAnsi="Arial" w:cs="Arial"/>
        </w:rPr>
        <w:t>........</w:t>
      </w:r>
      <w:r w:rsidR="0027452F">
        <w:rPr>
          <w:rFonts w:ascii="Arial" w:hAnsi="Arial" w:cs="Arial"/>
        </w:rPr>
        <w:tab/>
      </w:r>
      <w:r w:rsidR="0027452F">
        <w:rPr>
          <w:rFonts w:ascii="Arial" w:hAnsi="Arial" w:cs="Arial"/>
        </w:rPr>
        <w:tab/>
      </w:r>
      <w:r w:rsidR="0027452F">
        <w:rPr>
          <w:rFonts w:ascii="Arial" w:hAnsi="Arial" w:cs="Arial"/>
        </w:rPr>
        <w:tab/>
      </w:r>
    </w:p>
    <w:p w14:paraId="46AA158E" w14:textId="3A3DBE98" w:rsidR="000F65D9" w:rsidRPr="00F43525" w:rsidRDefault="0027452F" w:rsidP="0027452F">
      <w:pPr>
        <w:spacing w:after="0" w:line="360" w:lineRule="auto"/>
        <w:ind w:left="2160" w:firstLine="2943"/>
        <w:rPr>
          <w:rFonts w:ascii="Arial" w:hAnsi="Arial" w:cs="Arial"/>
        </w:rPr>
      </w:pPr>
      <w:r w:rsidRPr="0027452F">
        <w:rPr>
          <w:rFonts w:ascii="Arial" w:hAnsi="Arial" w:cs="Arial"/>
          <w:sz w:val="20"/>
          <w:szCs w:val="20"/>
        </w:rPr>
        <w:t>(</w:t>
      </w:r>
      <w:proofErr w:type="spellStart"/>
      <w:r w:rsidRPr="0027452F">
        <w:rPr>
          <w:rFonts w:ascii="Arial" w:hAnsi="Arial" w:cs="Arial"/>
          <w:sz w:val="20"/>
          <w:szCs w:val="20"/>
        </w:rPr>
        <w:t>miejscowość</w:t>
      </w:r>
      <w:proofErr w:type="spellEnd"/>
      <w:r w:rsidRPr="0027452F">
        <w:rPr>
          <w:rFonts w:ascii="Arial" w:hAnsi="Arial" w:cs="Arial"/>
          <w:sz w:val="20"/>
          <w:szCs w:val="20"/>
        </w:rPr>
        <w:t xml:space="preserve"> i data)</w:t>
      </w:r>
    </w:p>
    <w:p w14:paraId="1AA1F692" w14:textId="77777777" w:rsidR="0027452F" w:rsidRPr="00F43525" w:rsidRDefault="0027452F" w:rsidP="0027452F">
      <w:pPr>
        <w:spacing w:line="360" w:lineRule="auto"/>
        <w:ind w:firstLine="4253"/>
        <w:rPr>
          <w:rFonts w:ascii="Arial" w:hAnsi="Arial" w:cs="Arial"/>
        </w:rPr>
      </w:pPr>
    </w:p>
    <w:p w14:paraId="402C98FE" w14:textId="3992DE16" w:rsidR="000F65D9" w:rsidRDefault="00E279EA" w:rsidP="0027452F">
      <w:pPr>
        <w:spacing w:after="0" w:line="360" w:lineRule="auto"/>
        <w:ind w:firstLine="4253"/>
        <w:rPr>
          <w:rFonts w:ascii="Arial" w:hAnsi="Arial" w:cs="Arial"/>
        </w:rPr>
      </w:pPr>
      <w:r w:rsidRPr="00F43525">
        <w:rPr>
          <w:rFonts w:ascii="Arial" w:hAnsi="Arial" w:cs="Arial"/>
        </w:rPr>
        <w:t>................................................................................</w:t>
      </w:r>
    </w:p>
    <w:p w14:paraId="525ED0C7" w14:textId="0E5C8E0E" w:rsidR="0027452F" w:rsidRPr="0027452F" w:rsidRDefault="0027452F" w:rsidP="0027452F">
      <w:pPr>
        <w:spacing w:line="360" w:lineRule="auto"/>
        <w:ind w:left="787" w:firstLine="4253"/>
        <w:rPr>
          <w:rFonts w:ascii="Arial" w:hAnsi="Arial" w:cs="Arial"/>
          <w:sz w:val="20"/>
          <w:szCs w:val="20"/>
        </w:rPr>
      </w:pPr>
      <w:r w:rsidRPr="0027452F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c</w:t>
      </w:r>
      <w:r w:rsidRPr="0027452F">
        <w:rPr>
          <w:rFonts w:ascii="Arial" w:hAnsi="Arial" w:cs="Arial"/>
          <w:sz w:val="20"/>
          <w:szCs w:val="20"/>
        </w:rPr>
        <w:t xml:space="preserve">zytelny </w:t>
      </w:r>
      <w:proofErr w:type="spellStart"/>
      <w:r w:rsidRPr="0027452F">
        <w:rPr>
          <w:rFonts w:ascii="Arial" w:hAnsi="Arial" w:cs="Arial"/>
          <w:sz w:val="20"/>
          <w:szCs w:val="20"/>
        </w:rPr>
        <w:t>podpis</w:t>
      </w:r>
      <w:proofErr w:type="spellEnd"/>
      <w:r w:rsidRPr="0027452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7452F">
        <w:rPr>
          <w:rFonts w:ascii="Arial" w:hAnsi="Arial" w:cs="Arial"/>
          <w:sz w:val="20"/>
          <w:szCs w:val="20"/>
        </w:rPr>
        <w:t>osoby</w:t>
      </w:r>
      <w:proofErr w:type="spellEnd"/>
      <w:r w:rsidRPr="0027452F">
        <w:rPr>
          <w:rFonts w:ascii="Arial" w:hAnsi="Arial" w:cs="Arial"/>
          <w:sz w:val="20"/>
          <w:szCs w:val="20"/>
        </w:rPr>
        <w:t xml:space="preserve"> składającej </w:t>
      </w:r>
      <w:proofErr w:type="spellStart"/>
      <w:r w:rsidRPr="0027452F">
        <w:rPr>
          <w:rFonts w:ascii="Arial" w:hAnsi="Arial" w:cs="Arial"/>
          <w:sz w:val="20"/>
          <w:szCs w:val="20"/>
        </w:rPr>
        <w:t>do</w:t>
      </w:r>
      <w:r>
        <w:rPr>
          <w:rFonts w:ascii="Arial" w:hAnsi="Arial" w:cs="Arial"/>
          <w:sz w:val="20"/>
          <w:szCs w:val="20"/>
        </w:rPr>
        <w:t>k</w:t>
      </w:r>
      <w:r w:rsidRPr="0027452F">
        <w:rPr>
          <w:rFonts w:ascii="Arial" w:hAnsi="Arial" w:cs="Arial"/>
          <w:sz w:val="20"/>
          <w:szCs w:val="20"/>
        </w:rPr>
        <w:t>ument</w:t>
      </w:r>
      <w:proofErr w:type="spellEnd"/>
      <w:r w:rsidRPr="0027452F">
        <w:rPr>
          <w:rFonts w:ascii="Arial" w:hAnsi="Arial" w:cs="Arial"/>
          <w:sz w:val="20"/>
          <w:szCs w:val="20"/>
        </w:rPr>
        <w:t>)</w:t>
      </w:r>
      <w:bookmarkEnd w:id="4"/>
      <w:bookmarkEnd w:id="5"/>
    </w:p>
    <w:sectPr w:rsidR="0027452F" w:rsidRPr="0027452F" w:rsidSect="00034616">
      <w:headerReference w:type="default" r:id="rId8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9F4C9" w14:textId="77777777" w:rsidR="00E279EA" w:rsidRDefault="00E279E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5754F33" w14:textId="77777777" w:rsidR="00E279EA" w:rsidRDefault="00E279E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D2AA6" w14:textId="77777777" w:rsidR="00E279EA" w:rsidRDefault="00E279E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91A2644" w14:textId="77777777" w:rsidR="00E279EA" w:rsidRDefault="00E279E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767FF" w14:textId="77777777" w:rsidR="00F43525" w:rsidRDefault="00F43525" w:rsidP="00F43525">
    <w:pPr>
      <w:spacing w:after="0"/>
      <w:jc w:val="center"/>
      <w:rPr>
        <w:rStyle w:val="Pogrubienie"/>
        <w:rFonts w:ascii="Helvetica" w:hAnsi="Helvetica" w:cs="Helvetica"/>
      </w:rPr>
    </w:pPr>
    <w:r>
      <w:rPr>
        <w:noProof/>
      </w:rPr>
      <w:drawing>
        <wp:inline distT="0" distB="0" distL="0" distR="0" wp14:anchorId="0D98D137" wp14:editId="3A9EEDAB">
          <wp:extent cx="5760720" cy="793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9D4FE3" w14:textId="0D05950D" w:rsidR="00F43525" w:rsidRPr="00F43525" w:rsidRDefault="00F43525" w:rsidP="00F43525">
    <w:pPr>
      <w:pBdr>
        <w:bottom w:val="single" w:sz="6" w:space="1" w:color="auto"/>
      </w:pBdr>
      <w:jc w:val="center"/>
      <w:rPr>
        <w:rFonts w:ascii="Helvetica" w:hAnsi="Helvetica" w:cs="Helvetica" w:hint="eastAsia"/>
        <w:b/>
        <w:bCs/>
      </w:rPr>
    </w:pPr>
    <w:bookmarkStart w:id="6" w:name="_Hlk243557185"/>
    <w:bookmarkStart w:id="7" w:name="_Hlk243557186"/>
    <w:proofErr w:type="spellStart"/>
    <w:r w:rsidRPr="00E80BCA">
      <w:rPr>
        <w:rFonts w:ascii="Helvetica" w:hAnsi="Helvetica" w:cs="Helvetica"/>
        <w:i/>
        <w:iCs/>
      </w:rPr>
      <w:t>Projekt</w:t>
    </w:r>
    <w:proofErr w:type="spellEnd"/>
    <w:r w:rsidRPr="00E80BCA">
      <w:rPr>
        <w:rFonts w:ascii="Helvetica" w:hAnsi="Helvetica" w:cs="Helvetica"/>
        <w:i/>
        <w:iCs/>
      </w:rPr>
      <w:t xml:space="preserve"> „</w:t>
    </w:r>
    <w:proofErr w:type="spellStart"/>
    <w:r w:rsidRPr="00137E2D">
      <w:rPr>
        <w:rFonts w:ascii="Helvetica" w:hAnsi="Helvetica" w:cs="Helvetica"/>
        <w:i/>
        <w:iCs/>
      </w:rPr>
      <w:t>Doskonałość</w:t>
    </w:r>
    <w:proofErr w:type="spellEnd"/>
    <w:r w:rsidRPr="00137E2D">
      <w:rPr>
        <w:rFonts w:ascii="Helvetica" w:hAnsi="Helvetica" w:cs="Helvetica"/>
        <w:i/>
        <w:iCs/>
      </w:rPr>
      <w:t xml:space="preserve"> </w:t>
    </w:r>
    <w:proofErr w:type="spellStart"/>
    <w:r w:rsidRPr="00137E2D">
      <w:rPr>
        <w:rFonts w:ascii="Helvetica" w:hAnsi="Helvetica" w:cs="Helvetica"/>
        <w:i/>
        <w:iCs/>
      </w:rPr>
      <w:t>Dydaktyczna</w:t>
    </w:r>
    <w:proofErr w:type="spellEnd"/>
    <w:r w:rsidRPr="00137E2D">
      <w:rPr>
        <w:rFonts w:ascii="Helvetica" w:hAnsi="Helvetica" w:cs="Helvetica"/>
        <w:i/>
        <w:iCs/>
      </w:rPr>
      <w:t xml:space="preserve"> </w:t>
    </w:r>
    <w:proofErr w:type="spellStart"/>
    <w:r w:rsidRPr="00137E2D">
      <w:rPr>
        <w:rFonts w:ascii="Helvetica" w:hAnsi="Helvetica" w:cs="Helvetica"/>
        <w:i/>
        <w:iCs/>
      </w:rPr>
      <w:t>na</w:t>
    </w:r>
    <w:proofErr w:type="spellEnd"/>
    <w:r w:rsidRPr="00137E2D">
      <w:rPr>
        <w:rFonts w:ascii="Helvetica" w:hAnsi="Helvetica" w:cs="Helvetica"/>
        <w:i/>
        <w:iCs/>
      </w:rPr>
      <w:t xml:space="preserve"> UKW</w:t>
    </w:r>
    <w:r w:rsidRPr="00E80BCA">
      <w:rPr>
        <w:rFonts w:ascii="Helvetica" w:hAnsi="Helvetica" w:cs="Helvetica"/>
        <w:i/>
        <w:iCs/>
      </w:rPr>
      <w:t>”</w:t>
    </w:r>
    <w:r w:rsidRPr="00E80BCA">
      <w:rPr>
        <w:rFonts w:ascii="Helvetica" w:hAnsi="Helvetica" w:cs="Helvetica"/>
      </w:rPr>
      <w:t xml:space="preserve"> </w:t>
    </w:r>
    <w:r w:rsidRPr="00E80BCA">
      <w:rPr>
        <w:rStyle w:val="Pogrubienie"/>
        <w:rFonts w:ascii="Helvetica" w:hAnsi="Helvetica" w:cs="Helvetica"/>
      </w:rPr>
      <w:t>–</w:t>
    </w:r>
    <w:r w:rsidRPr="00E80BCA">
      <w:rPr>
        <w:rFonts w:ascii="Helvetica" w:hAnsi="Helvetica" w:cs="Helvetica"/>
      </w:rPr>
      <w:t xml:space="preserve"> FERS.01.05-IP.08-0229/25-00</w:t>
    </w:r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65D9"/>
    <w:rsid w:val="0015074B"/>
    <w:rsid w:val="0027452F"/>
    <w:rsid w:val="0029639D"/>
    <w:rsid w:val="00326F90"/>
    <w:rsid w:val="007F1754"/>
    <w:rsid w:val="0093700C"/>
    <w:rsid w:val="00AA1D8D"/>
    <w:rsid w:val="00B47730"/>
    <w:rsid w:val="00CB0664"/>
    <w:rsid w:val="00E062FF"/>
    <w:rsid w:val="00E125B4"/>
    <w:rsid w:val="00E279EA"/>
    <w:rsid w:val="00F435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B78192"/>
  <w14:defaultImageDpi w14:val="300"/>
  <w15:docId w15:val="{022CA47E-BA3D-4DE6-A263-B17E2A82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/>
    </w:pPr>
    <w:rPr>
      <w:rFonts w:ascii="Aptos" w:hAnsi="Aptos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1E2D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1E2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41E2D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1445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Turowska</dc:creator>
  <cp:keywords/>
  <dc:description>generated by python-docx</dc:description>
  <cp:lastModifiedBy>Agnieszka Turowska</cp:lastModifiedBy>
  <cp:revision>6</cp:revision>
  <cp:lastPrinted>2026-11-02T13:53:00Z</cp:lastPrinted>
  <dcterms:created xsi:type="dcterms:W3CDTF">2013-12-23T23:15:00Z</dcterms:created>
  <dcterms:modified xsi:type="dcterms:W3CDTF">2026-11-02T13:53:00Z</dcterms:modified>
  <cp:category/>
</cp:coreProperties>
</file>